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0CCFF" w14:textId="77777777" w:rsidR="00886147" w:rsidRDefault="00000000">
      <w:pPr>
        <w:jc w:val="right"/>
      </w:pPr>
      <w:r>
        <w:rPr>
          <w:rFonts w:ascii="Arial" w:hAnsi="Arial"/>
        </w:rPr>
        <w:t>Приложение</w:t>
      </w:r>
    </w:p>
    <w:p w14:paraId="05250369" w14:textId="77777777" w:rsidR="00886147" w:rsidRDefault="00000000">
      <w:pPr>
        <w:jc w:val="center"/>
      </w:pPr>
      <w:r>
        <w:rPr>
          <w:rFonts w:ascii="Arial" w:hAnsi="Arial"/>
          <w:b/>
          <w:sz w:val="26"/>
        </w:rPr>
        <w:t>Регион: Могилёвская область</w:t>
      </w:r>
    </w:p>
    <w:tbl>
      <w:tblPr>
        <w:tblStyle w:val="aff0"/>
        <w:tblW w:w="14711" w:type="dxa"/>
        <w:tblLook w:val="04A0" w:firstRow="1" w:lastRow="0" w:firstColumn="1" w:lastColumn="0" w:noHBand="0" w:noVBand="1"/>
      </w:tblPr>
      <w:tblGrid>
        <w:gridCol w:w="612"/>
        <w:gridCol w:w="1676"/>
        <w:gridCol w:w="1201"/>
        <w:gridCol w:w="2254"/>
        <w:gridCol w:w="2322"/>
        <w:gridCol w:w="1676"/>
        <w:gridCol w:w="2716"/>
        <w:gridCol w:w="2254"/>
      </w:tblGrid>
      <w:tr w:rsidR="00886147" w14:paraId="0E11EFB0" w14:textId="77777777" w:rsidTr="00BB23E9">
        <w:tc>
          <w:tcPr>
            <w:tcW w:w="675" w:type="dxa"/>
            <w:vMerge w:val="restart"/>
          </w:tcPr>
          <w:p w14:paraId="780080E1" w14:textId="77777777" w:rsidR="00886147" w:rsidRDefault="00000000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№ п/п</w:t>
            </w:r>
          </w:p>
          <w:p w14:paraId="465D2856" w14:textId="77777777" w:rsidR="00886147" w:rsidRDefault="00886147">
            <w:pPr>
              <w:jc w:val="center"/>
            </w:pPr>
          </w:p>
        </w:tc>
        <w:tc>
          <w:tcPr>
            <w:tcW w:w="1669" w:type="dxa"/>
            <w:vMerge w:val="restart"/>
          </w:tcPr>
          <w:p w14:paraId="7EE14D2C" w14:textId="77777777" w:rsidR="00886147" w:rsidRDefault="00000000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ФИО</w:t>
            </w:r>
          </w:p>
          <w:p w14:paraId="245A7A56" w14:textId="77777777" w:rsidR="00886147" w:rsidRDefault="00886147">
            <w:pPr>
              <w:jc w:val="center"/>
            </w:pPr>
          </w:p>
        </w:tc>
        <w:tc>
          <w:tcPr>
            <w:tcW w:w="1196" w:type="dxa"/>
            <w:vMerge w:val="restart"/>
          </w:tcPr>
          <w:p w14:paraId="3E13F7B4" w14:textId="77777777" w:rsidR="00886147" w:rsidRDefault="00000000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Дата рождения</w:t>
            </w:r>
          </w:p>
          <w:p w14:paraId="1F1292A7" w14:textId="77777777" w:rsidR="00886147" w:rsidRDefault="00886147">
            <w:pPr>
              <w:jc w:val="center"/>
            </w:pPr>
          </w:p>
        </w:tc>
        <w:tc>
          <w:tcPr>
            <w:tcW w:w="2244" w:type="dxa"/>
            <w:vMerge w:val="restart"/>
          </w:tcPr>
          <w:p w14:paraId="2690D77A" w14:textId="77777777" w:rsidR="00886147" w:rsidRDefault="00000000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Место рождения</w:t>
            </w:r>
          </w:p>
          <w:p w14:paraId="1DA72FC0" w14:textId="77777777" w:rsidR="00886147" w:rsidRDefault="00886147">
            <w:pPr>
              <w:jc w:val="center"/>
            </w:pPr>
          </w:p>
        </w:tc>
        <w:tc>
          <w:tcPr>
            <w:tcW w:w="2311" w:type="dxa"/>
            <w:vMerge w:val="restart"/>
          </w:tcPr>
          <w:p w14:paraId="31DF96B8" w14:textId="77777777" w:rsidR="00886147" w:rsidRDefault="00000000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Звание</w:t>
            </w:r>
          </w:p>
          <w:p w14:paraId="69A5CCA2" w14:textId="77777777" w:rsidR="00886147" w:rsidRDefault="00886147">
            <w:pPr>
              <w:jc w:val="center"/>
            </w:pPr>
          </w:p>
        </w:tc>
        <w:tc>
          <w:tcPr>
            <w:tcW w:w="1669" w:type="dxa"/>
            <w:vMerge w:val="restart"/>
          </w:tcPr>
          <w:p w14:paraId="18A8611C" w14:textId="77777777" w:rsidR="00886147" w:rsidRDefault="00000000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Место призыва</w:t>
            </w:r>
          </w:p>
          <w:p w14:paraId="0EA22520" w14:textId="77777777" w:rsidR="00886147" w:rsidRDefault="00886147">
            <w:pPr>
              <w:jc w:val="center"/>
            </w:pPr>
          </w:p>
        </w:tc>
        <w:tc>
          <w:tcPr>
            <w:tcW w:w="4947" w:type="dxa"/>
            <w:gridSpan w:val="2"/>
          </w:tcPr>
          <w:p w14:paraId="7D76E7B5" w14:textId="77777777" w:rsidR="00886147" w:rsidRDefault="00000000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Сведения о родственниках</w:t>
            </w:r>
          </w:p>
          <w:p w14:paraId="55A3F59A" w14:textId="77777777" w:rsidR="00886147" w:rsidRDefault="00886147">
            <w:pPr>
              <w:jc w:val="center"/>
            </w:pPr>
          </w:p>
        </w:tc>
      </w:tr>
      <w:tr w:rsidR="00886147" w14:paraId="6FDC08C6" w14:textId="77777777" w:rsidTr="00BB23E9">
        <w:tc>
          <w:tcPr>
            <w:tcW w:w="675" w:type="dxa"/>
            <w:vMerge/>
          </w:tcPr>
          <w:p w14:paraId="6124E523" w14:textId="77777777" w:rsidR="00886147" w:rsidRDefault="00886147"/>
        </w:tc>
        <w:tc>
          <w:tcPr>
            <w:tcW w:w="1669" w:type="dxa"/>
            <w:vMerge/>
          </w:tcPr>
          <w:p w14:paraId="5F776460" w14:textId="77777777" w:rsidR="00886147" w:rsidRDefault="00886147"/>
        </w:tc>
        <w:tc>
          <w:tcPr>
            <w:tcW w:w="1196" w:type="dxa"/>
            <w:vMerge/>
          </w:tcPr>
          <w:p w14:paraId="0252AFF7" w14:textId="77777777" w:rsidR="00886147" w:rsidRDefault="00886147"/>
        </w:tc>
        <w:tc>
          <w:tcPr>
            <w:tcW w:w="2244" w:type="dxa"/>
            <w:vMerge/>
          </w:tcPr>
          <w:p w14:paraId="39353839" w14:textId="77777777" w:rsidR="00886147" w:rsidRDefault="00886147"/>
        </w:tc>
        <w:tc>
          <w:tcPr>
            <w:tcW w:w="2311" w:type="dxa"/>
            <w:vMerge/>
          </w:tcPr>
          <w:p w14:paraId="49BAC3F7" w14:textId="77777777" w:rsidR="00886147" w:rsidRDefault="00886147"/>
        </w:tc>
        <w:tc>
          <w:tcPr>
            <w:tcW w:w="1669" w:type="dxa"/>
            <w:vMerge/>
          </w:tcPr>
          <w:p w14:paraId="1CFCC2BC" w14:textId="77777777" w:rsidR="00886147" w:rsidRDefault="00886147"/>
        </w:tc>
        <w:tc>
          <w:tcPr>
            <w:tcW w:w="2703" w:type="dxa"/>
          </w:tcPr>
          <w:p w14:paraId="27C75E45" w14:textId="77777777" w:rsidR="00886147" w:rsidRDefault="00000000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Родственники</w:t>
            </w:r>
          </w:p>
        </w:tc>
        <w:tc>
          <w:tcPr>
            <w:tcW w:w="2244" w:type="dxa"/>
          </w:tcPr>
          <w:p w14:paraId="26784AD8" w14:textId="77777777" w:rsidR="00886147" w:rsidRDefault="00000000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Последнее место жительства родственников</w:t>
            </w:r>
          </w:p>
        </w:tc>
      </w:tr>
      <w:tr w:rsidR="00886147" w14:paraId="28F22E01" w14:textId="77777777" w:rsidTr="00BB23E9">
        <w:tc>
          <w:tcPr>
            <w:tcW w:w="675" w:type="dxa"/>
          </w:tcPr>
          <w:p w14:paraId="674978A2" w14:textId="77777777" w:rsidR="00886147" w:rsidRDefault="00000000">
            <w:r>
              <w:rPr>
                <w:rFonts w:ascii="Arial" w:hAnsi="Arial"/>
                <w:sz w:val="19"/>
              </w:rPr>
              <w:t>1</w:t>
            </w:r>
          </w:p>
        </w:tc>
        <w:tc>
          <w:tcPr>
            <w:tcW w:w="1669" w:type="dxa"/>
          </w:tcPr>
          <w:p w14:paraId="08A5BD7D" w14:textId="77777777" w:rsidR="00886147" w:rsidRDefault="00000000">
            <w:r>
              <w:rPr>
                <w:rFonts w:ascii="Arial" w:hAnsi="Arial"/>
                <w:sz w:val="19"/>
              </w:rPr>
              <w:t>Саланович Николай Петрович</w:t>
            </w:r>
          </w:p>
        </w:tc>
        <w:tc>
          <w:tcPr>
            <w:tcW w:w="1196" w:type="dxa"/>
          </w:tcPr>
          <w:p w14:paraId="596327B2" w14:textId="77777777" w:rsidR="00886147" w:rsidRDefault="00000000">
            <w:r>
              <w:rPr>
                <w:rFonts w:ascii="Arial" w:hAnsi="Arial"/>
                <w:sz w:val="19"/>
              </w:rPr>
              <w:t>1914</w:t>
            </w:r>
          </w:p>
        </w:tc>
        <w:tc>
          <w:tcPr>
            <w:tcW w:w="2244" w:type="dxa"/>
          </w:tcPr>
          <w:p w14:paraId="4BF6B5D9" w14:textId="77777777" w:rsidR="00886147" w:rsidRDefault="00000000">
            <w:r>
              <w:rPr>
                <w:rFonts w:ascii="Arial" w:hAnsi="Arial"/>
                <w:sz w:val="19"/>
              </w:rPr>
              <w:t>Киев</w:t>
            </w:r>
          </w:p>
        </w:tc>
        <w:tc>
          <w:tcPr>
            <w:tcW w:w="2311" w:type="dxa"/>
          </w:tcPr>
          <w:p w14:paraId="52AB2C09" w14:textId="77777777" w:rsidR="00886147" w:rsidRDefault="00886147"/>
        </w:tc>
        <w:tc>
          <w:tcPr>
            <w:tcW w:w="1669" w:type="dxa"/>
          </w:tcPr>
          <w:p w14:paraId="0BC525D2" w14:textId="77777777" w:rsidR="00886147" w:rsidRDefault="00886147"/>
        </w:tc>
        <w:tc>
          <w:tcPr>
            <w:tcW w:w="2703" w:type="dxa"/>
          </w:tcPr>
          <w:p w14:paraId="2548A6E2" w14:textId="77777777" w:rsidR="00886147" w:rsidRDefault="00000000">
            <w:r>
              <w:rPr>
                <w:rFonts w:ascii="Arial" w:hAnsi="Arial"/>
                <w:sz w:val="19"/>
              </w:rPr>
              <w:t>жена Паша</w:t>
            </w:r>
          </w:p>
        </w:tc>
        <w:tc>
          <w:tcPr>
            <w:tcW w:w="2244" w:type="dxa"/>
          </w:tcPr>
          <w:p w14:paraId="6F36EB6A" w14:textId="77777777" w:rsidR="00886147" w:rsidRDefault="00000000">
            <w:r>
              <w:rPr>
                <w:rFonts w:ascii="Arial" w:hAnsi="Arial"/>
                <w:sz w:val="19"/>
              </w:rPr>
              <w:t xml:space="preserve">Бобруйск, д. Любоничи </w:t>
            </w:r>
          </w:p>
        </w:tc>
      </w:tr>
      <w:tr w:rsidR="00886147" w:rsidRPr="00BB23E9" w14:paraId="4418E9D2" w14:textId="77777777" w:rsidTr="00BB23E9">
        <w:tc>
          <w:tcPr>
            <w:tcW w:w="675" w:type="dxa"/>
          </w:tcPr>
          <w:p w14:paraId="6DDBB6CD" w14:textId="77777777" w:rsidR="00886147" w:rsidRDefault="00000000">
            <w:r>
              <w:rPr>
                <w:rFonts w:ascii="Arial" w:hAnsi="Arial"/>
                <w:sz w:val="19"/>
              </w:rPr>
              <w:t>2</w:t>
            </w:r>
          </w:p>
        </w:tc>
        <w:tc>
          <w:tcPr>
            <w:tcW w:w="1669" w:type="dxa"/>
          </w:tcPr>
          <w:p w14:paraId="2100B988" w14:textId="77777777" w:rsidR="00886147" w:rsidRDefault="00000000">
            <w:r>
              <w:rPr>
                <w:rFonts w:ascii="Arial" w:hAnsi="Arial"/>
                <w:sz w:val="19"/>
              </w:rPr>
              <w:t>Фролов Эраст(Евстрат) Макарович</w:t>
            </w:r>
          </w:p>
        </w:tc>
        <w:tc>
          <w:tcPr>
            <w:tcW w:w="1196" w:type="dxa"/>
          </w:tcPr>
          <w:p w14:paraId="33DA4EFA" w14:textId="77777777" w:rsidR="00886147" w:rsidRDefault="00000000">
            <w:r>
              <w:rPr>
                <w:rFonts w:ascii="Arial" w:hAnsi="Arial"/>
                <w:sz w:val="19"/>
              </w:rPr>
              <w:t>15.09.1916</w:t>
            </w:r>
          </w:p>
        </w:tc>
        <w:tc>
          <w:tcPr>
            <w:tcW w:w="2244" w:type="dxa"/>
          </w:tcPr>
          <w:p w14:paraId="5914ABFA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БССР, Гомельская </w:t>
            </w:r>
            <w:proofErr w:type="spellStart"/>
            <w:proofErr w:type="gramStart"/>
            <w:r w:rsidRPr="00BB23E9">
              <w:rPr>
                <w:rFonts w:ascii="Arial" w:hAnsi="Arial"/>
                <w:sz w:val="19"/>
                <w:lang w:val="ru-RU"/>
              </w:rPr>
              <w:t>обл,д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>.</w:t>
            </w:r>
            <w:proofErr w:type="gramEnd"/>
            <w:r w:rsidRPr="00BB23E9">
              <w:rPr>
                <w:rFonts w:ascii="Arial" w:hAnsi="Arial"/>
                <w:sz w:val="19"/>
                <w:lang w:val="ru-RU"/>
              </w:rPr>
              <w:t xml:space="preserve">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Сеножатки</w:t>
            </w:r>
            <w:proofErr w:type="spellEnd"/>
          </w:p>
        </w:tc>
        <w:tc>
          <w:tcPr>
            <w:tcW w:w="2311" w:type="dxa"/>
          </w:tcPr>
          <w:p w14:paraId="091689E3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лейтенант</w:t>
            </w:r>
            <w:proofErr w:type="spellEnd"/>
          </w:p>
        </w:tc>
        <w:tc>
          <w:tcPr>
            <w:tcW w:w="1669" w:type="dxa"/>
          </w:tcPr>
          <w:p w14:paraId="40B48ACD" w14:textId="77777777" w:rsidR="00886147" w:rsidRDefault="00886147"/>
        </w:tc>
        <w:tc>
          <w:tcPr>
            <w:tcW w:w="2703" w:type="dxa"/>
          </w:tcPr>
          <w:p w14:paraId="693DC34C" w14:textId="77777777" w:rsidR="00886147" w:rsidRDefault="00000000">
            <w:r>
              <w:rPr>
                <w:rFonts w:ascii="Arial" w:hAnsi="Arial"/>
                <w:sz w:val="19"/>
              </w:rPr>
              <w:t>Фролова Евгения</w:t>
            </w:r>
          </w:p>
        </w:tc>
        <w:tc>
          <w:tcPr>
            <w:tcW w:w="2244" w:type="dxa"/>
          </w:tcPr>
          <w:p w14:paraId="017A18E0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г. Бобруйск, пос. им.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Лекерта</w:t>
            </w:r>
            <w:proofErr w:type="spellEnd"/>
          </w:p>
        </w:tc>
      </w:tr>
      <w:tr w:rsidR="00886147" w:rsidRPr="00BB23E9" w14:paraId="179AB39B" w14:textId="77777777" w:rsidTr="00BB23E9">
        <w:tc>
          <w:tcPr>
            <w:tcW w:w="675" w:type="dxa"/>
          </w:tcPr>
          <w:p w14:paraId="0ACEE9B8" w14:textId="77777777" w:rsidR="00886147" w:rsidRDefault="00000000">
            <w:r>
              <w:rPr>
                <w:rFonts w:ascii="Arial" w:hAnsi="Arial"/>
                <w:sz w:val="19"/>
              </w:rPr>
              <w:t>3</w:t>
            </w:r>
          </w:p>
        </w:tc>
        <w:tc>
          <w:tcPr>
            <w:tcW w:w="1669" w:type="dxa"/>
          </w:tcPr>
          <w:p w14:paraId="3EE90146" w14:textId="77777777" w:rsidR="00886147" w:rsidRDefault="00000000">
            <w:r>
              <w:rPr>
                <w:rFonts w:ascii="Arial" w:hAnsi="Arial"/>
                <w:sz w:val="19"/>
              </w:rPr>
              <w:t>Судиловский Алексей Иванович</w:t>
            </w:r>
          </w:p>
        </w:tc>
        <w:tc>
          <w:tcPr>
            <w:tcW w:w="1196" w:type="dxa"/>
          </w:tcPr>
          <w:p w14:paraId="0BE2B492" w14:textId="77777777" w:rsidR="00886147" w:rsidRDefault="00000000">
            <w:r>
              <w:rPr>
                <w:rFonts w:ascii="Arial" w:hAnsi="Arial"/>
                <w:sz w:val="19"/>
              </w:rPr>
              <w:t>03.10.1905</w:t>
            </w:r>
          </w:p>
        </w:tc>
        <w:tc>
          <w:tcPr>
            <w:tcW w:w="2244" w:type="dxa"/>
          </w:tcPr>
          <w:p w14:paraId="13360C39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 Беларусь, Могилевская обл., Климовичский р-н, д. Зарой</w:t>
            </w:r>
          </w:p>
        </w:tc>
        <w:tc>
          <w:tcPr>
            <w:tcW w:w="2311" w:type="dxa"/>
          </w:tcPr>
          <w:p w14:paraId="1B7FAF9D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Мл</w:t>
            </w:r>
            <w:proofErr w:type="spellEnd"/>
            <w:r>
              <w:rPr>
                <w:rFonts w:ascii="Arial" w:hAnsi="Arial"/>
                <w:sz w:val="19"/>
              </w:rPr>
              <w:t xml:space="preserve">. </w:t>
            </w:r>
            <w:proofErr w:type="spellStart"/>
            <w:r>
              <w:rPr>
                <w:rFonts w:ascii="Arial" w:hAnsi="Arial"/>
                <w:sz w:val="19"/>
              </w:rPr>
              <w:t>лейтенант</w:t>
            </w:r>
            <w:proofErr w:type="spellEnd"/>
          </w:p>
        </w:tc>
        <w:tc>
          <w:tcPr>
            <w:tcW w:w="1669" w:type="dxa"/>
          </w:tcPr>
          <w:p w14:paraId="0C80E9C3" w14:textId="77777777" w:rsidR="00886147" w:rsidRDefault="00886147"/>
        </w:tc>
        <w:tc>
          <w:tcPr>
            <w:tcW w:w="2703" w:type="dxa"/>
          </w:tcPr>
          <w:p w14:paraId="48949B81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мать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Судиловская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Антонина Васильевна,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Судиловская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Евдокия</w:t>
            </w:r>
          </w:p>
        </w:tc>
        <w:tc>
          <w:tcPr>
            <w:tcW w:w="2244" w:type="dxa"/>
          </w:tcPr>
          <w:p w14:paraId="081E9083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 Беларусь, Могилевская обл., Климовичский р-н, д. Зарой</w:t>
            </w:r>
          </w:p>
        </w:tc>
      </w:tr>
      <w:tr w:rsidR="00886147" w:rsidRPr="00BB23E9" w14:paraId="674FD193" w14:textId="77777777" w:rsidTr="00BB23E9">
        <w:tc>
          <w:tcPr>
            <w:tcW w:w="675" w:type="dxa"/>
          </w:tcPr>
          <w:p w14:paraId="24E8F5C3" w14:textId="77777777" w:rsidR="00886147" w:rsidRDefault="00000000">
            <w:r>
              <w:rPr>
                <w:rFonts w:ascii="Arial" w:hAnsi="Arial"/>
                <w:sz w:val="19"/>
              </w:rPr>
              <w:t>4</w:t>
            </w:r>
          </w:p>
        </w:tc>
        <w:tc>
          <w:tcPr>
            <w:tcW w:w="1669" w:type="dxa"/>
          </w:tcPr>
          <w:p w14:paraId="1828F303" w14:textId="77777777" w:rsidR="00886147" w:rsidRDefault="00000000">
            <w:r>
              <w:rPr>
                <w:rFonts w:ascii="Arial" w:hAnsi="Arial"/>
                <w:sz w:val="19"/>
              </w:rPr>
              <w:t>Смазнов Гаврил Леонидович</w:t>
            </w:r>
          </w:p>
        </w:tc>
        <w:tc>
          <w:tcPr>
            <w:tcW w:w="1196" w:type="dxa"/>
          </w:tcPr>
          <w:p w14:paraId="75FF8444" w14:textId="77777777" w:rsidR="00886147" w:rsidRDefault="00000000">
            <w:r>
              <w:rPr>
                <w:rFonts w:ascii="Arial" w:hAnsi="Arial"/>
                <w:sz w:val="19"/>
              </w:rPr>
              <w:t>15.04.1913</w:t>
            </w:r>
          </w:p>
        </w:tc>
        <w:tc>
          <w:tcPr>
            <w:tcW w:w="2244" w:type="dxa"/>
          </w:tcPr>
          <w:p w14:paraId="66821E29" w14:textId="77777777" w:rsidR="00886147" w:rsidRDefault="00000000">
            <w:r>
              <w:rPr>
                <w:rFonts w:ascii="Arial" w:hAnsi="Arial"/>
                <w:sz w:val="19"/>
              </w:rPr>
              <w:t xml:space="preserve">БССР, Софиевка </w:t>
            </w:r>
          </w:p>
        </w:tc>
        <w:tc>
          <w:tcPr>
            <w:tcW w:w="2311" w:type="dxa"/>
          </w:tcPr>
          <w:p w14:paraId="28CBF5AB" w14:textId="77777777" w:rsidR="00886147" w:rsidRDefault="00000000">
            <w:r>
              <w:rPr>
                <w:rFonts w:ascii="Arial" w:hAnsi="Arial"/>
                <w:sz w:val="19"/>
              </w:rPr>
              <w:t xml:space="preserve">младший лейтенант </w:t>
            </w:r>
          </w:p>
        </w:tc>
        <w:tc>
          <w:tcPr>
            <w:tcW w:w="1669" w:type="dxa"/>
          </w:tcPr>
          <w:p w14:paraId="339C74BE" w14:textId="77777777" w:rsidR="00886147" w:rsidRDefault="00886147"/>
        </w:tc>
        <w:tc>
          <w:tcPr>
            <w:tcW w:w="2703" w:type="dxa"/>
          </w:tcPr>
          <w:p w14:paraId="14376BC7" w14:textId="77777777" w:rsidR="00886147" w:rsidRDefault="00000000">
            <w:r>
              <w:rPr>
                <w:rFonts w:ascii="Arial" w:hAnsi="Arial"/>
                <w:sz w:val="19"/>
              </w:rPr>
              <w:t>Смазнова Мария Егоровна</w:t>
            </w:r>
          </w:p>
        </w:tc>
        <w:tc>
          <w:tcPr>
            <w:tcW w:w="2244" w:type="dxa"/>
          </w:tcPr>
          <w:p w14:paraId="2D2E6119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 БССР, Могилёвская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обл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с.Софиевка</w:t>
            </w:r>
            <w:proofErr w:type="spellEnd"/>
          </w:p>
        </w:tc>
      </w:tr>
      <w:tr w:rsidR="00886147" w:rsidRPr="00BB23E9" w14:paraId="108D355D" w14:textId="77777777" w:rsidTr="00BB23E9">
        <w:tc>
          <w:tcPr>
            <w:tcW w:w="675" w:type="dxa"/>
          </w:tcPr>
          <w:p w14:paraId="7C27D7E7" w14:textId="77777777" w:rsidR="00886147" w:rsidRDefault="00000000">
            <w:r>
              <w:rPr>
                <w:rFonts w:ascii="Arial" w:hAnsi="Arial"/>
                <w:sz w:val="19"/>
              </w:rPr>
              <w:t>5</w:t>
            </w:r>
          </w:p>
        </w:tc>
        <w:tc>
          <w:tcPr>
            <w:tcW w:w="1669" w:type="dxa"/>
          </w:tcPr>
          <w:p w14:paraId="1F92C184" w14:textId="77777777" w:rsidR="00886147" w:rsidRDefault="00000000">
            <w:r>
              <w:rPr>
                <w:rFonts w:ascii="Arial" w:hAnsi="Arial"/>
                <w:sz w:val="19"/>
              </w:rPr>
              <w:t>Питалев Антон Петрович</w:t>
            </w:r>
          </w:p>
        </w:tc>
        <w:tc>
          <w:tcPr>
            <w:tcW w:w="1196" w:type="dxa"/>
          </w:tcPr>
          <w:p w14:paraId="5C169D86" w14:textId="77777777" w:rsidR="00886147" w:rsidRDefault="00000000">
            <w:r>
              <w:rPr>
                <w:rFonts w:ascii="Arial" w:hAnsi="Arial"/>
                <w:sz w:val="19"/>
              </w:rPr>
              <w:t>17.01.1898</w:t>
            </w:r>
          </w:p>
        </w:tc>
        <w:tc>
          <w:tcPr>
            <w:tcW w:w="2244" w:type="dxa"/>
          </w:tcPr>
          <w:p w14:paraId="6AA5FCD6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Белоруссия Могилевская область, Чаусский район,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Войниловский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сельсовет, деревня Усушки (Усушек)</w:t>
            </w:r>
          </w:p>
        </w:tc>
        <w:tc>
          <w:tcPr>
            <w:tcW w:w="2311" w:type="dxa"/>
          </w:tcPr>
          <w:p w14:paraId="7CE191CD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рядовой</w:t>
            </w:r>
            <w:proofErr w:type="spellEnd"/>
          </w:p>
        </w:tc>
        <w:tc>
          <w:tcPr>
            <w:tcW w:w="1669" w:type="dxa"/>
          </w:tcPr>
          <w:p w14:paraId="74A37389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Чаусский РВК, Беларусь, Могилевская обл., Чаусский р-н</w:t>
            </w:r>
          </w:p>
        </w:tc>
        <w:tc>
          <w:tcPr>
            <w:tcW w:w="2703" w:type="dxa"/>
          </w:tcPr>
          <w:p w14:paraId="3D943798" w14:textId="77777777" w:rsidR="00886147" w:rsidRPr="00BB23E9" w:rsidRDefault="00000000">
            <w:pPr>
              <w:rPr>
                <w:lang w:val="ru-RU"/>
              </w:rPr>
            </w:pPr>
            <w:proofErr w:type="spellStart"/>
            <w:proofErr w:type="gramStart"/>
            <w:r w:rsidRPr="00BB23E9">
              <w:rPr>
                <w:rFonts w:ascii="Arial" w:hAnsi="Arial"/>
                <w:sz w:val="19"/>
                <w:lang w:val="ru-RU"/>
              </w:rPr>
              <w:t>Питалева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>(</w:t>
            </w:r>
            <w:proofErr w:type="spellStart"/>
            <w:proofErr w:type="gramEnd"/>
            <w:r w:rsidRPr="00BB23E9">
              <w:rPr>
                <w:rFonts w:ascii="Arial" w:hAnsi="Arial"/>
                <w:sz w:val="19"/>
                <w:lang w:val="ru-RU"/>
              </w:rPr>
              <w:t>Пыталева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)Ксения Архиповна - жена,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Питалева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>(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Пыталева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>)Ксения Архиповна - жена</w:t>
            </w:r>
          </w:p>
        </w:tc>
        <w:tc>
          <w:tcPr>
            <w:tcW w:w="2244" w:type="dxa"/>
          </w:tcPr>
          <w:p w14:paraId="7A25A08D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Белоруссия Могилевская область, Чаусский район,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Войниловский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сельсовет, деревня Усушки (Усушек), позднее жена могла быть в д. Хоменки этого же с/с</w:t>
            </w:r>
          </w:p>
        </w:tc>
      </w:tr>
      <w:tr w:rsidR="00886147" w14:paraId="6F298227" w14:textId="77777777" w:rsidTr="00BB23E9">
        <w:tc>
          <w:tcPr>
            <w:tcW w:w="675" w:type="dxa"/>
          </w:tcPr>
          <w:p w14:paraId="1444F93E" w14:textId="77777777" w:rsidR="00886147" w:rsidRDefault="00000000">
            <w:r>
              <w:rPr>
                <w:rFonts w:ascii="Arial" w:hAnsi="Arial"/>
                <w:sz w:val="19"/>
              </w:rPr>
              <w:t>6</w:t>
            </w:r>
          </w:p>
        </w:tc>
        <w:tc>
          <w:tcPr>
            <w:tcW w:w="1669" w:type="dxa"/>
          </w:tcPr>
          <w:p w14:paraId="351A8BCD" w14:textId="77777777" w:rsidR="00886147" w:rsidRDefault="00000000">
            <w:r>
              <w:rPr>
                <w:rFonts w:ascii="Arial" w:hAnsi="Arial"/>
                <w:sz w:val="19"/>
              </w:rPr>
              <w:t>Цубриков Павел Прохорович</w:t>
            </w:r>
          </w:p>
        </w:tc>
        <w:tc>
          <w:tcPr>
            <w:tcW w:w="1196" w:type="dxa"/>
          </w:tcPr>
          <w:p w14:paraId="56720DDD" w14:textId="77777777" w:rsidR="00886147" w:rsidRDefault="00000000">
            <w:r>
              <w:rPr>
                <w:rFonts w:ascii="Arial" w:hAnsi="Arial"/>
                <w:sz w:val="19"/>
              </w:rPr>
              <w:t>15.01.1906</w:t>
            </w:r>
          </w:p>
        </w:tc>
        <w:tc>
          <w:tcPr>
            <w:tcW w:w="2244" w:type="dxa"/>
          </w:tcPr>
          <w:p w14:paraId="708AC1AE" w14:textId="77777777" w:rsidR="00886147" w:rsidRDefault="00000000">
            <w:r>
              <w:rPr>
                <w:rFonts w:ascii="Arial" w:hAnsi="Arial"/>
                <w:sz w:val="19"/>
              </w:rPr>
              <w:t>БССР Могилёвская обл</w:t>
            </w:r>
          </w:p>
        </w:tc>
        <w:tc>
          <w:tcPr>
            <w:tcW w:w="2311" w:type="dxa"/>
          </w:tcPr>
          <w:p w14:paraId="16352DB8" w14:textId="77777777" w:rsidR="00886147" w:rsidRDefault="00000000">
            <w:r>
              <w:rPr>
                <w:rFonts w:ascii="Arial" w:hAnsi="Arial"/>
                <w:sz w:val="19"/>
              </w:rPr>
              <w:t xml:space="preserve">красноармеец </w:t>
            </w:r>
          </w:p>
        </w:tc>
        <w:tc>
          <w:tcPr>
            <w:tcW w:w="1669" w:type="dxa"/>
          </w:tcPr>
          <w:p w14:paraId="1127A8EA" w14:textId="77777777" w:rsidR="00886147" w:rsidRDefault="00886147"/>
        </w:tc>
        <w:tc>
          <w:tcPr>
            <w:tcW w:w="2703" w:type="dxa"/>
          </w:tcPr>
          <w:p w14:paraId="3987CDE8" w14:textId="77777777" w:rsidR="00886147" w:rsidRDefault="00886147"/>
        </w:tc>
        <w:tc>
          <w:tcPr>
            <w:tcW w:w="2244" w:type="dxa"/>
          </w:tcPr>
          <w:p w14:paraId="29F32043" w14:textId="77777777" w:rsidR="00886147" w:rsidRDefault="00000000">
            <w:r>
              <w:rPr>
                <w:rFonts w:ascii="Arial" w:hAnsi="Arial"/>
                <w:sz w:val="19"/>
              </w:rPr>
              <w:t>Могилёвская обл, с.Досовичи</w:t>
            </w:r>
          </w:p>
        </w:tc>
      </w:tr>
      <w:tr w:rsidR="00886147" w:rsidRPr="00BB23E9" w14:paraId="2D3A4B3A" w14:textId="77777777" w:rsidTr="00BB23E9">
        <w:tc>
          <w:tcPr>
            <w:tcW w:w="675" w:type="dxa"/>
          </w:tcPr>
          <w:p w14:paraId="26730DE0" w14:textId="77777777" w:rsidR="00886147" w:rsidRDefault="00000000">
            <w:r>
              <w:rPr>
                <w:rFonts w:ascii="Arial" w:hAnsi="Arial"/>
                <w:sz w:val="19"/>
              </w:rPr>
              <w:t>7</w:t>
            </w:r>
          </w:p>
        </w:tc>
        <w:tc>
          <w:tcPr>
            <w:tcW w:w="1669" w:type="dxa"/>
          </w:tcPr>
          <w:p w14:paraId="26E82005" w14:textId="77777777" w:rsidR="00886147" w:rsidRDefault="00000000">
            <w:r>
              <w:rPr>
                <w:rFonts w:ascii="Arial" w:hAnsi="Arial"/>
                <w:sz w:val="19"/>
              </w:rPr>
              <w:t>Пузеревский Павел Федорович</w:t>
            </w:r>
          </w:p>
        </w:tc>
        <w:tc>
          <w:tcPr>
            <w:tcW w:w="1196" w:type="dxa"/>
          </w:tcPr>
          <w:p w14:paraId="32212AE5" w14:textId="77777777" w:rsidR="00886147" w:rsidRDefault="00000000">
            <w:r>
              <w:rPr>
                <w:rFonts w:ascii="Arial" w:hAnsi="Arial"/>
                <w:sz w:val="19"/>
              </w:rPr>
              <w:t>14.01.1918</w:t>
            </w:r>
          </w:p>
        </w:tc>
        <w:tc>
          <w:tcPr>
            <w:tcW w:w="2244" w:type="dxa"/>
          </w:tcPr>
          <w:p w14:paraId="3D776D2E" w14:textId="77777777" w:rsidR="00886147" w:rsidRDefault="00000000">
            <w:r>
              <w:rPr>
                <w:rFonts w:ascii="Arial" w:hAnsi="Arial"/>
                <w:sz w:val="19"/>
              </w:rPr>
              <w:t>Могилевская обл., д. Гущено</w:t>
            </w:r>
          </w:p>
        </w:tc>
        <w:tc>
          <w:tcPr>
            <w:tcW w:w="2311" w:type="dxa"/>
          </w:tcPr>
          <w:p w14:paraId="29A45D52" w14:textId="77777777" w:rsidR="00886147" w:rsidRDefault="00000000">
            <w:r>
              <w:rPr>
                <w:rFonts w:ascii="Arial" w:hAnsi="Arial"/>
                <w:sz w:val="19"/>
              </w:rPr>
              <w:t xml:space="preserve">рядовой </w:t>
            </w:r>
          </w:p>
        </w:tc>
        <w:tc>
          <w:tcPr>
            <w:tcW w:w="1669" w:type="dxa"/>
          </w:tcPr>
          <w:p w14:paraId="219CE3F0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Горецкий РВК, Беларусь, Могилевская обл., Горецкий р-н</w:t>
            </w:r>
          </w:p>
        </w:tc>
        <w:tc>
          <w:tcPr>
            <w:tcW w:w="2703" w:type="dxa"/>
          </w:tcPr>
          <w:p w14:paraId="1AE13D2A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Федор</w:t>
            </w:r>
            <w:proofErr w:type="spellEnd"/>
            <w:r>
              <w:rPr>
                <w:rFonts w:ascii="Arial" w:hAnsi="Arial"/>
                <w:sz w:val="19"/>
              </w:rPr>
              <w:t xml:space="preserve"> (</w:t>
            </w:r>
            <w:proofErr w:type="spellStart"/>
            <w:r>
              <w:rPr>
                <w:rFonts w:ascii="Arial" w:hAnsi="Arial"/>
                <w:sz w:val="19"/>
              </w:rPr>
              <w:t>отец</w:t>
            </w:r>
            <w:proofErr w:type="spellEnd"/>
            <w:r>
              <w:rPr>
                <w:rFonts w:ascii="Arial" w:hAnsi="Arial"/>
                <w:sz w:val="19"/>
              </w:rPr>
              <w:t>)</w:t>
            </w:r>
          </w:p>
        </w:tc>
        <w:tc>
          <w:tcPr>
            <w:tcW w:w="2244" w:type="dxa"/>
          </w:tcPr>
          <w:p w14:paraId="4DF438F7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обл., Горецкий р-н,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Гущено</w:t>
            </w:r>
            <w:proofErr w:type="spellEnd"/>
          </w:p>
        </w:tc>
      </w:tr>
      <w:tr w:rsidR="00886147" w:rsidRPr="00BB23E9" w14:paraId="4B410DE6" w14:textId="77777777" w:rsidTr="00BB23E9">
        <w:tc>
          <w:tcPr>
            <w:tcW w:w="675" w:type="dxa"/>
          </w:tcPr>
          <w:p w14:paraId="3064AE56" w14:textId="77777777" w:rsidR="00886147" w:rsidRDefault="00000000">
            <w:r>
              <w:rPr>
                <w:rFonts w:ascii="Arial" w:hAnsi="Arial"/>
                <w:sz w:val="19"/>
              </w:rPr>
              <w:t>8</w:t>
            </w:r>
          </w:p>
        </w:tc>
        <w:tc>
          <w:tcPr>
            <w:tcW w:w="1669" w:type="dxa"/>
          </w:tcPr>
          <w:p w14:paraId="2180F0E9" w14:textId="77777777" w:rsidR="00886147" w:rsidRDefault="00000000">
            <w:r>
              <w:rPr>
                <w:rFonts w:ascii="Arial" w:hAnsi="Arial"/>
                <w:sz w:val="19"/>
              </w:rPr>
              <w:t>Рождественский Георгий Николаевич</w:t>
            </w:r>
          </w:p>
        </w:tc>
        <w:tc>
          <w:tcPr>
            <w:tcW w:w="1196" w:type="dxa"/>
          </w:tcPr>
          <w:p w14:paraId="6AA6E20D" w14:textId="77777777" w:rsidR="00886147" w:rsidRDefault="00000000">
            <w:r>
              <w:rPr>
                <w:rFonts w:ascii="Arial" w:hAnsi="Arial"/>
                <w:sz w:val="19"/>
              </w:rPr>
              <w:t>26.06.1920</w:t>
            </w:r>
          </w:p>
        </w:tc>
        <w:tc>
          <w:tcPr>
            <w:tcW w:w="2244" w:type="dxa"/>
          </w:tcPr>
          <w:p w14:paraId="1F3AEA89" w14:textId="77777777" w:rsidR="00886147" w:rsidRDefault="00000000">
            <w:r>
              <w:rPr>
                <w:rFonts w:ascii="Arial" w:hAnsi="Arial"/>
                <w:sz w:val="19"/>
              </w:rPr>
              <w:t>Атнянка (БССР)</w:t>
            </w:r>
          </w:p>
        </w:tc>
        <w:tc>
          <w:tcPr>
            <w:tcW w:w="2311" w:type="dxa"/>
          </w:tcPr>
          <w:p w14:paraId="32444D22" w14:textId="77777777" w:rsidR="00886147" w:rsidRDefault="00886147"/>
        </w:tc>
        <w:tc>
          <w:tcPr>
            <w:tcW w:w="1669" w:type="dxa"/>
          </w:tcPr>
          <w:p w14:paraId="014FD025" w14:textId="77777777" w:rsidR="00886147" w:rsidRDefault="00886147"/>
        </w:tc>
        <w:tc>
          <w:tcPr>
            <w:tcW w:w="2703" w:type="dxa"/>
          </w:tcPr>
          <w:p w14:paraId="6DF0D728" w14:textId="77777777" w:rsidR="00886147" w:rsidRDefault="00000000">
            <w:r>
              <w:rPr>
                <w:rFonts w:ascii="Arial" w:hAnsi="Arial"/>
                <w:sz w:val="19"/>
              </w:rPr>
              <w:t>Николай Рождественский</w:t>
            </w:r>
          </w:p>
        </w:tc>
        <w:tc>
          <w:tcPr>
            <w:tcW w:w="2244" w:type="dxa"/>
          </w:tcPr>
          <w:p w14:paraId="4B7B10D1" w14:textId="77777777" w:rsidR="00886147" w:rsidRPr="00BB23E9" w:rsidRDefault="00000000">
            <w:pPr>
              <w:rPr>
                <w:lang w:val="ru-RU"/>
              </w:rPr>
            </w:pP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Атнянка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(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Отнянка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>), Могилевская область (БССР)</w:t>
            </w:r>
          </w:p>
        </w:tc>
      </w:tr>
      <w:tr w:rsidR="00886147" w:rsidRPr="00BB23E9" w14:paraId="3088EE6E" w14:textId="77777777" w:rsidTr="00BB23E9">
        <w:tc>
          <w:tcPr>
            <w:tcW w:w="675" w:type="dxa"/>
          </w:tcPr>
          <w:p w14:paraId="19BF0095" w14:textId="77777777" w:rsidR="00886147" w:rsidRDefault="00000000">
            <w:r>
              <w:rPr>
                <w:rFonts w:ascii="Arial" w:hAnsi="Arial"/>
                <w:sz w:val="19"/>
              </w:rPr>
              <w:t>9</w:t>
            </w:r>
          </w:p>
        </w:tc>
        <w:tc>
          <w:tcPr>
            <w:tcW w:w="1669" w:type="dxa"/>
          </w:tcPr>
          <w:p w14:paraId="4F86074E" w14:textId="77777777" w:rsidR="00886147" w:rsidRDefault="00000000">
            <w:r>
              <w:rPr>
                <w:rFonts w:ascii="Arial" w:hAnsi="Arial"/>
                <w:sz w:val="19"/>
              </w:rPr>
              <w:t>Медведев Дмитрий Акимович</w:t>
            </w:r>
          </w:p>
        </w:tc>
        <w:tc>
          <w:tcPr>
            <w:tcW w:w="1196" w:type="dxa"/>
          </w:tcPr>
          <w:p w14:paraId="63D3177F" w14:textId="77777777" w:rsidR="00886147" w:rsidRDefault="00000000">
            <w:r>
              <w:rPr>
                <w:rFonts w:ascii="Arial" w:hAnsi="Arial"/>
                <w:sz w:val="19"/>
              </w:rPr>
              <w:t>03.02.1914</w:t>
            </w:r>
          </w:p>
        </w:tc>
        <w:tc>
          <w:tcPr>
            <w:tcW w:w="2244" w:type="dxa"/>
          </w:tcPr>
          <w:p w14:paraId="34394D03" w14:textId="77777777" w:rsidR="00886147" w:rsidRDefault="00000000">
            <w:r>
              <w:rPr>
                <w:rFonts w:ascii="Arial" w:hAnsi="Arial"/>
                <w:sz w:val="19"/>
              </w:rPr>
              <w:t>Беларусь, Минская обл.</w:t>
            </w:r>
          </w:p>
        </w:tc>
        <w:tc>
          <w:tcPr>
            <w:tcW w:w="2311" w:type="dxa"/>
          </w:tcPr>
          <w:p w14:paraId="154C38D2" w14:textId="77777777" w:rsidR="00886147" w:rsidRDefault="00000000">
            <w:r>
              <w:rPr>
                <w:rFonts w:ascii="Arial" w:hAnsi="Arial"/>
                <w:sz w:val="19"/>
              </w:rPr>
              <w:t>мл. лейтенант</w:t>
            </w:r>
          </w:p>
        </w:tc>
        <w:tc>
          <w:tcPr>
            <w:tcW w:w="1669" w:type="dxa"/>
          </w:tcPr>
          <w:p w14:paraId="282C83C4" w14:textId="77777777" w:rsidR="00886147" w:rsidRDefault="00886147"/>
        </w:tc>
        <w:tc>
          <w:tcPr>
            <w:tcW w:w="2703" w:type="dxa"/>
          </w:tcPr>
          <w:p w14:paraId="4EC7C7E0" w14:textId="77777777" w:rsidR="00886147" w:rsidRDefault="00000000">
            <w:r>
              <w:rPr>
                <w:rFonts w:ascii="Arial" w:hAnsi="Arial"/>
                <w:sz w:val="19"/>
              </w:rPr>
              <w:t>Данилова Лизавета</w:t>
            </w:r>
          </w:p>
        </w:tc>
        <w:tc>
          <w:tcPr>
            <w:tcW w:w="2244" w:type="dxa"/>
          </w:tcPr>
          <w:p w14:paraId="614BB5C3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Беларусь, Могилёвская область, Быховский район, деревня Нижняя Тощица</w:t>
            </w:r>
          </w:p>
        </w:tc>
      </w:tr>
      <w:tr w:rsidR="00886147" w:rsidRPr="00BB23E9" w14:paraId="391B265C" w14:textId="77777777" w:rsidTr="00BB23E9">
        <w:tc>
          <w:tcPr>
            <w:tcW w:w="675" w:type="dxa"/>
          </w:tcPr>
          <w:p w14:paraId="102FBDB7" w14:textId="77777777" w:rsidR="00886147" w:rsidRDefault="00000000">
            <w:r>
              <w:rPr>
                <w:rFonts w:ascii="Arial" w:hAnsi="Arial"/>
                <w:sz w:val="19"/>
              </w:rPr>
              <w:t>10</w:t>
            </w:r>
          </w:p>
        </w:tc>
        <w:tc>
          <w:tcPr>
            <w:tcW w:w="1669" w:type="dxa"/>
          </w:tcPr>
          <w:p w14:paraId="128DE176" w14:textId="77777777" w:rsidR="00886147" w:rsidRDefault="00000000">
            <w:r>
              <w:rPr>
                <w:rFonts w:ascii="Arial" w:hAnsi="Arial"/>
                <w:sz w:val="19"/>
              </w:rPr>
              <w:t>Кегалов Степан Тимофеевич</w:t>
            </w:r>
          </w:p>
        </w:tc>
        <w:tc>
          <w:tcPr>
            <w:tcW w:w="1196" w:type="dxa"/>
          </w:tcPr>
          <w:p w14:paraId="680F2662" w14:textId="77777777" w:rsidR="00886147" w:rsidRDefault="00000000">
            <w:r>
              <w:rPr>
                <w:rFonts w:ascii="Arial" w:hAnsi="Arial"/>
                <w:sz w:val="19"/>
              </w:rPr>
              <w:t>24.12.1909</w:t>
            </w:r>
          </w:p>
        </w:tc>
        <w:tc>
          <w:tcPr>
            <w:tcW w:w="2244" w:type="dxa"/>
          </w:tcPr>
          <w:p w14:paraId="2840787C" w14:textId="77777777" w:rsidR="00886147" w:rsidRPr="00BB23E9" w:rsidRDefault="00000000">
            <w:pPr>
              <w:rPr>
                <w:lang w:val="ru-RU"/>
              </w:rPr>
            </w:pPr>
            <w:proofErr w:type="spellStart"/>
            <w:proofErr w:type="gramStart"/>
            <w:r w:rsidRPr="00BB23E9">
              <w:rPr>
                <w:rFonts w:ascii="Arial" w:hAnsi="Arial"/>
                <w:sz w:val="19"/>
                <w:lang w:val="ru-RU"/>
              </w:rPr>
              <w:t>Беларусь,Могилевская</w:t>
            </w:r>
            <w:proofErr w:type="spellEnd"/>
            <w:proofErr w:type="gramEnd"/>
            <w:r w:rsidRPr="00BB23E9">
              <w:rPr>
                <w:rFonts w:ascii="Arial" w:hAnsi="Arial"/>
                <w:sz w:val="19"/>
                <w:lang w:val="ru-RU"/>
              </w:rPr>
              <w:t xml:space="preserve"> область, </w:t>
            </w:r>
            <w:r w:rsidRPr="00BB23E9">
              <w:rPr>
                <w:rFonts w:ascii="Arial" w:hAnsi="Arial"/>
                <w:sz w:val="19"/>
                <w:lang w:val="ru-RU"/>
              </w:rPr>
              <w:lastRenderedPageBreak/>
              <w:t xml:space="preserve">Краснопольский район,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Галузы</w:t>
            </w:r>
            <w:proofErr w:type="spellEnd"/>
          </w:p>
        </w:tc>
        <w:tc>
          <w:tcPr>
            <w:tcW w:w="2311" w:type="dxa"/>
          </w:tcPr>
          <w:p w14:paraId="4C5B02B1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lastRenderedPageBreak/>
              <w:t>рядовой</w:t>
            </w:r>
            <w:proofErr w:type="spellEnd"/>
          </w:p>
        </w:tc>
        <w:tc>
          <w:tcPr>
            <w:tcW w:w="1669" w:type="dxa"/>
          </w:tcPr>
          <w:p w14:paraId="5A830B61" w14:textId="77777777" w:rsidR="00886147" w:rsidRDefault="00886147"/>
        </w:tc>
        <w:tc>
          <w:tcPr>
            <w:tcW w:w="2703" w:type="dxa"/>
          </w:tcPr>
          <w:p w14:paraId="70586239" w14:textId="77777777" w:rsidR="00886147" w:rsidRPr="00BB23E9" w:rsidRDefault="00000000">
            <w:pPr>
              <w:rPr>
                <w:lang w:val="ru-RU"/>
              </w:rPr>
            </w:pP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Кагалова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Ольга Осиповна, Кагалов Тимофей - отец,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lastRenderedPageBreak/>
              <w:t>Водолякина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- дев. фамилия матери</w:t>
            </w:r>
          </w:p>
        </w:tc>
        <w:tc>
          <w:tcPr>
            <w:tcW w:w="2244" w:type="dxa"/>
          </w:tcPr>
          <w:p w14:paraId="09BD2AAF" w14:textId="77777777" w:rsidR="00886147" w:rsidRPr="00BB23E9" w:rsidRDefault="00000000">
            <w:pPr>
              <w:rPr>
                <w:lang w:val="ru-RU"/>
              </w:rPr>
            </w:pPr>
            <w:proofErr w:type="spellStart"/>
            <w:proofErr w:type="gramStart"/>
            <w:r w:rsidRPr="00BB23E9">
              <w:rPr>
                <w:rFonts w:ascii="Arial" w:hAnsi="Arial"/>
                <w:sz w:val="19"/>
                <w:lang w:val="ru-RU"/>
              </w:rPr>
              <w:lastRenderedPageBreak/>
              <w:t>Беларусь,Могилевская</w:t>
            </w:r>
            <w:proofErr w:type="spellEnd"/>
            <w:proofErr w:type="gramEnd"/>
            <w:r w:rsidRPr="00BB23E9">
              <w:rPr>
                <w:rFonts w:ascii="Arial" w:hAnsi="Arial"/>
                <w:sz w:val="19"/>
                <w:lang w:val="ru-RU"/>
              </w:rPr>
              <w:t xml:space="preserve"> область, </w:t>
            </w:r>
            <w:r w:rsidRPr="00BB23E9">
              <w:rPr>
                <w:rFonts w:ascii="Arial" w:hAnsi="Arial"/>
                <w:sz w:val="19"/>
                <w:lang w:val="ru-RU"/>
              </w:rPr>
              <w:lastRenderedPageBreak/>
              <w:t xml:space="preserve">Краснопольский район,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Галузы</w:t>
            </w:r>
            <w:proofErr w:type="spellEnd"/>
          </w:p>
        </w:tc>
      </w:tr>
      <w:tr w:rsidR="00886147" w:rsidRPr="00BB23E9" w14:paraId="290A5EE1" w14:textId="77777777" w:rsidTr="00BB23E9">
        <w:tc>
          <w:tcPr>
            <w:tcW w:w="675" w:type="dxa"/>
          </w:tcPr>
          <w:p w14:paraId="619B6665" w14:textId="77777777" w:rsidR="00886147" w:rsidRDefault="00000000">
            <w:r>
              <w:rPr>
                <w:rFonts w:ascii="Arial" w:hAnsi="Arial"/>
                <w:sz w:val="19"/>
              </w:rPr>
              <w:lastRenderedPageBreak/>
              <w:t>11</w:t>
            </w:r>
          </w:p>
        </w:tc>
        <w:tc>
          <w:tcPr>
            <w:tcW w:w="1669" w:type="dxa"/>
          </w:tcPr>
          <w:p w14:paraId="21B41BC4" w14:textId="77777777" w:rsidR="00886147" w:rsidRDefault="00000000">
            <w:r>
              <w:rPr>
                <w:rFonts w:ascii="Arial" w:hAnsi="Arial"/>
                <w:sz w:val="19"/>
              </w:rPr>
              <w:t>Зубковский Кузьма Тихонович</w:t>
            </w:r>
          </w:p>
        </w:tc>
        <w:tc>
          <w:tcPr>
            <w:tcW w:w="1196" w:type="dxa"/>
          </w:tcPr>
          <w:p w14:paraId="1599F756" w14:textId="77777777" w:rsidR="00886147" w:rsidRDefault="00000000">
            <w:r>
              <w:rPr>
                <w:rFonts w:ascii="Arial" w:hAnsi="Arial"/>
                <w:sz w:val="19"/>
              </w:rPr>
              <w:t>01.09.1905</w:t>
            </w:r>
          </w:p>
        </w:tc>
        <w:tc>
          <w:tcPr>
            <w:tcW w:w="2244" w:type="dxa"/>
          </w:tcPr>
          <w:p w14:paraId="4EB25C82" w14:textId="77777777" w:rsidR="00886147" w:rsidRDefault="00000000">
            <w:r>
              <w:rPr>
                <w:rFonts w:ascii="Arial" w:hAnsi="Arial"/>
                <w:sz w:val="19"/>
              </w:rPr>
              <w:t xml:space="preserve">г. Могилёв </w:t>
            </w:r>
          </w:p>
        </w:tc>
        <w:tc>
          <w:tcPr>
            <w:tcW w:w="2311" w:type="dxa"/>
          </w:tcPr>
          <w:p w14:paraId="2B93BEE5" w14:textId="77777777" w:rsidR="00886147" w:rsidRDefault="00000000">
            <w:r>
              <w:rPr>
                <w:rFonts w:ascii="Arial" w:hAnsi="Arial"/>
                <w:sz w:val="19"/>
              </w:rPr>
              <w:t>Техник-лейтенант 1 ранга</w:t>
            </w:r>
          </w:p>
        </w:tc>
        <w:tc>
          <w:tcPr>
            <w:tcW w:w="1669" w:type="dxa"/>
          </w:tcPr>
          <w:p w14:paraId="5E0F1E99" w14:textId="77777777" w:rsidR="00886147" w:rsidRDefault="00886147"/>
        </w:tc>
        <w:tc>
          <w:tcPr>
            <w:tcW w:w="2703" w:type="dxa"/>
          </w:tcPr>
          <w:p w14:paraId="0515B165" w14:textId="77777777" w:rsidR="00886147" w:rsidRDefault="00000000">
            <w:r>
              <w:rPr>
                <w:rFonts w:ascii="Arial" w:hAnsi="Arial"/>
                <w:sz w:val="19"/>
              </w:rPr>
              <w:t xml:space="preserve">Зубковская Татьяна </w:t>
            </w:r>
          </w:p>
        </w:tc>
        <w:tc>
          <w:tcPr>
            <w:tcW w:w="2244" w:type="dxa"/>
          </w:tcPr>
          <w:p w14:paraId="2C43330E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Белоруссия, Могилевская обл., Быховский р-он,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Косичи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</w:t>
            </w:r>
          </w:p>
        </w:tc>
      </w:tr>
      <w:tr w:rsidR="00886147" w:rsidRPr="00BB23E9" w14:paraId="58A05A31" w14:textId="77777777" w:rsidTr="00BB23E9">
        <w:tc>
          <w:tcPr>
            <w:tcW w:w="675" w:type="dxa"/>
          </w:tcPr>
          <w:p w14:paraId="0DE69976" w14:textId="77777777" w:rsidR="00886147" w:rsidRDefault="00000000">
            <w:r>
              <w:rPr>
                <w:rFonts w:ascii="Arial" w:hAnsi="Arial"/>
                <w:sz w:val="19"/>
              </w:rPr>
              <w:t>12</w:t>
            </w:r>
          </w:p>
        </w:tc>
        <w:tc>
          <w:tcPr>
            <w:tcW w:w="1669" w:type="dxa"/>
          </w:tcPr>
          <w:p w14:paraId="6299EE6D" w14:textId="77777777" w:rsidR="00886147" w:rsidRDefault="00000000">
            <w:r>
              <w:rPr>
                <w:rFonts w:ascii="Arial" w:hAnsi="Arial"/>
                <w:sz w:val="19"/>
              </w:rPr>
              <w:t>Белый Андрей Дмитриевич</w:t>
            </w:r>
          </w:p>
        </w:tc>
        <w:tc>
          <w:tcPr>
            <w:tcW w:w="1196" w:type="dxa"/>
          </w:tcPr>
          <w:p w14:paraId="465CAC08" w14:textId="77777777" w:rsidR="00886147" w:rsidRDefault="00000000">
            <w:r>
              <w:rPr>
                <w:rFonts w:ascii="Arial" w:hAnsi="Arial"/>
                <w:sz w:val="19"/>
              </w:rPr>
              <w:t>25.03.1902</w:t>
            </w:r>
          </w:p>
        </w:tc>
        <w:tc>
          <w:tcPr>
            <w:tcW w:w="2244" w:type="dxa"/>
          </w:tcPr>
          <w:p w14:paraId="6C407FFA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Белоруссия, Могилевская область, Кричевский район, город Кричев</w:t>
            </w:r>
          </w:p>
        </w:tc>
        <w:tc>
          <w:tcPr>
            <w:tcW w:w="2311" w:type="dxa"/>
          </w:tcPr>
          <w:p w14:paraId="017A8832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рядовой</w:t>
            </w:r>
            <w:proofErr w:type="spellEnd"/>
          </w:p>
        </w:tc>
        <w:tc>
          <w:tcPr>
            <w:tcW w:w="1669" w:type="dxa"/>
          </w:tcPr>
          <w:p w14:paraId="54C788B4" w14:textId="77777777" w:rsidR="00886147" w:rsidRDefault="00886147"/>
        </w:tc>
        <w:tc>
          <w:tcPr>
            <w:tcW w:w="2703" w:type="dxa"/>
          </w:tcPr>
          <w:p w14:paraId="05D4577C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Белая Елена Егоровна - жена, Белый Дмитрий Никифорович - отец,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Профичкова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- </w:t>
            </w:r>
            <w:proofErr w:type="spellStart"/>
            <w:proofErr w:type="gramStart"/>
            <w:r w:rsidRPr="00BB23E9">
              <w:rPr>
                <w:rFonts w:ascii="Arial" w:hAnsi="Arial"/>
                <w:sz w:val="19"/>
                <w:lang w:val="ru-RU"/>
              </w:rPr>
              <w:t>дев.фамилия</w:t>
            </w:r>
            <w:proofErr w:type="spellEnd"/>
            <w:proofErr w:type="gramEnd"/>
            <w:r w:rsidRPr="00BB23E9">
              <w:rPr>
                <w:rFonts w:ascii="Arial" w:hAnsi="Arial"/>
                <w:sz w:val="19"/>
                <w:lang w:val="ru-RU"/>
              </w:rPr>
              <w:t xml:space="preserve"> матери</w:t>
            </w:r>
          </w:p>
        </w:tc>
        <w:tc>
          <w:tcPr>
            <w:tcW w:w="2244" w:type="dxa"/>
          </w:tcPr>
          <w:p w14:paraId="3E2CD2D0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Белоруссия, Могилевская область, Кричевский район, город Кричев, Бригадная, 3</w:t>
            </w:r>
          </w:p>
        </w:tc>
      </w:tr>
      <w:tr w:rsidR="00886147" w:rsidRPr="00BB23E9" w14:paraId="2D0DD80B" w14:textId="77777777" w:rsidTr="00BB23E9">
        <w:tc>
          <w:tcPr>
            <w:tcW w:w="675" w:type="dxa"/>
          </w:tcPr>
          <w:p w14:paraId="1AB0E178" w14:textId="77777777" w:rsidR="00886147" w:rsidRDefault="00000000">
            <w:r>
              <w:rPr>
                <w:rFonts w:ascii="Arial" w:hAnsi="Arial"/>
                <w:sz w:val="19"/>
              </w:rPr>
              <w:t>13</w:t>
            </w:r>
          </w:p>
        </w:tc>
        <w:tc>
          <w:tcPr>
            <w:tcW w:w="1669" w:type="dxa"/>
          </w:tcPr>
          <w:p w14:paraId="0EC68001" w14:textId="77777777" w:rsidR="00886147" w:rsidRDefault="00000000">
            <w:r>
              <w:rPr>
                <w:rFonts w:ascii="Arial" w:hAnsi="Arial"/>
                <w:sz w:val="19"/>
              </w:rPr>
              <w:t>Пономарев Владимир Иванович</w:t>
            </w:r>
          </w:p>
        </w:tc>
        <w:tc>
          <w:tcPr>
            <w:tcW w:w="1196" w:type="dxa"/>
          </w:tcPr>
          <w:p w14:paraId="70295DCF" w14:textId="77777777" w:rsidR="00886147" w:rsidRDefault="00000000">
            <w:r>
              <w:rPr>
                <w:rFonts w:ascii="Arial" w:hAnsi="Arial"/>
                <w:sz w:val="19"/>
              </w:rPr>
              <w:t>15.08.1912</w:t>
            </w:r>
          </w:p>
        </w:tc>
        <w:tc>
          <w:tcPr>
            <w:tcW w:w="2244" w:type="dxa"/>
          </w:tcPr>
          <w:p w14:paraId="7E00B7EB" w14:textId="77777777" w:rsidR="00886147" w:rsidRDefault="00886147"/>
        </w:tc>
        <w:tc>
          <w:tcPr>
            <w:tcW w:w="2311" w:type="dxa"/>
          </w:tcPr>
          <w:p w14:paraId="7C9CBDF6" w14:textId="77777777" w:rsidR="00886147" w:rsidRDefault="00000000">
            <w:r>
              <w:rPr>
                <w:rFonts w:ascii="Arial" w:hAnsi="Arial"/>
                <w:sz w:val="19"/>
              </w:rPr>
              <w:t>интендант</w:t>
            </w:r>
          </w:p>
        </w:tc>
        <w:tc>
          <w:tcPr>
            <w:tcW w:w="1669" w:type="dxa"/>
          </w:tcPr>
          <w:p w14:paraId="24306F7E" w14:textId="77777777" w:rsidR="00886147" w:rsidRDefault="00886147"/>
        </w:tc>
        <w:tc>
          <w:tcPr>
            <w:tcW w:w="2703" w:type="dxa"/>
          </w:tcPr>
          <w:p w14:paraId="7132089E" w14:textId="77777777" w:rsidR="00886147" w:rsidRDefault="00000000">
            <w:r>
              <w:rPr>
                <w:rFonts w:ascii="Arial" w:hAnsi="Arial"/>
                <w:sz w:val="19"/>
              </w:rPr>
              <w:t>отец Пономарев Иван</w:t>
            </w:r>
          </w:p>
        </w:tc>
        <w:tc>
          <w:tcPr>
            <w:tcW w:w="2244" w:type="dxa"/>
          </w:tcPr>
          <w:p w14:paraId="2781790E" w14:textId="77777777" w:rsidR="00886147" w:rsidRPr="00BB23E9" w:rsidRDefault="00000000">
            <w:pPr>
              <w:rPr>
                <w:lang w:val="ru-RU"/>
              </w:rPr>
            </w:pPr>
            <w:proofErr w:type="gramStart"/>
            <w:r w:rsidRPr="00BB23E9">
              <w:rPr>
                <w:rFonts w:ascii="Arial" w:hAnsi="Arial"/>
                <w:sz w:val="19"/>
                <w:lang w:val="ru-RU"/>
              </w:rPr>
              <w:t>Беларусь,  Могилевская</w:t>
            </w:r>
            <w:proofErr w:type="gramEnd"/>
            <w:r w:rsidRPr="00BB23E9">
              <w:rPr>
                <w:rFonts w:ascii="Arial" w:hAnsi="Arial"/>
                <w:sz w:val="19"/>
                <w:lang w:val="ru-RU"/>
              </w:rPr>
              <w:t xml:space="preserve"> обл.,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Любоничи</w:t>
            </w:r>
            <w:proofErr w:type="spellEnd"/>
          </w:p>
        </w:tc>
      </w:tr>
      <w:tr w:rsidR="00886147" w:rsidRPr="00BB23E9" w14:paraId="6B86F69C" w14:textId="77777777" w:rsidTr="00BB23E9">
        <w:tc>
          <w:tcPr>
            <w:tcW w:w="675" w:type="dxa"/>
          </w:tcPr>
          <w:p w14:paraId="0725DC31" w14:textId="77777777" w:rsidR="00886147" w:rsidRDefault="00000000">
            <w:r>
              <w:rPr>
                <w:rFonts w:ascii="Arial" w:hAnsi="Arial"/>
                <w:sz w:val="19"/>
              </w:rPr>
              <w:t>14</w:t>
            </w:r>
          </w:p>
        </w:tc>
        <w:tc>
          <w:tcPr>
            <w:tcW w:w="1669" w:type="dxa"/>
          </w:tcPr>
          <w:p w14:paraId="527CEE22" w14:textId="77777777" w:rsidR="00886147" w:rsidRDefault="00000000">
            <w:r>
              <w:rPr>
                <w:rFonts w:ascii="Arial" w:hAnsi="Arial"/>
                <w:sz w:val="19"/>
              </w:rPr>
              <w:t>Будников Михаил Михайлович</w:t>
            </w:r>
          </w:p>
        </w:tc>
        <w:tc>
          <w:tcPr>
            <w:tcW w:w="1196" w:type="dxa"/>
          </w:tcPr>
          <w:p w14:paraId="1DC8803F" w14:textId="77777777" w:rsidR="00886147" w:rsidRDefault="00000000">
            <w:r>
              <w:rPr>
                <w:rFonts w:ascii="Arial" w:hAnsi="Arial"/>
                <w:sz w:val="19"/>
              </w:rPr>
              <w:t>06.09.1898</w:t>
            </w:r>
          </w:p>
        </w:tc>
        <w:tc>
          <w:tcPr>
            <w:tcW w:w="2244" w:type="dxa"/>
          </w:tcPr>
          <w:p w14:paraId="2FECA7F6" w14:textId="77777777" w:rsidR="00886147" w:rsidRDefault="00000000">
            <w:r>
              <w:rPr>
                <w:rFonts w:ascii="Arial" w:hAnsi="Arial"/>
                <w:sz w:val="19"/>
              </w:rPr>
              <w:t xml:space="preserve">г. Витебск </w:t>
            </w:r>
          </w:p>
        </w:tc>
        <w:tc>
          <w:tcPr>
            <w:tcW w:w="2311" w:type="dxa"/>
          </w:tcPr>
          <w:p w14:paraId="24F44F40" w14:textId="77777777" w:rsidR="00886147" w:rsidRDefault="00000000">
            <w:r>
              <w:rPr>
                <w:rFonts w:ascii="Arial" w:hAnsi="Arial"/>
                <w:sz w:val="19"/>
              </w:rPr>
              <w:t xml:space="preserve">старший лейтенант </w:t>
            </w:r>
          </w:p>
        </w:tc>
        <w:tc>
          <w:tcPr>
            <w:tcW w:w="1669" w:type="dxa"/>
          </w:tcPr>
          <w:p w14:paraId="4B911DA5" w14:textId="77777777" w:rsidR="00886147" w:rsidRDefault="00886147"/>
        </w:tc>
        <w:tc>
          <w:tcPr>
            <w:tcW w:w="2703" w:type="dxa"/>
          </w:tcPr>
          <w:p w14:paraId="192B2327" w14:textId="77777777" w:rsidR="00886147" w:rsidRDefault="00000000">
            <w:r>
              <w:rPr>
                <w:rFonts w:ascii="Arial" w:hAnsi="Arial"/>
                <w:sz w:val="19"/>
              </w:rPr>
              <w:t xml:space="preserve">Игнотюк Надежда </w:t>
            </w:r>
          </w:p>
        </w:tc>
        <w:tc>
          <w:tcPr>
            <w:tcW w:w="2244" w:type="dxa"/>
          </w:tcPr>
          <w:p w14:paraId="26F04B56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Бобруйская обл.,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Телушский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р-он, д. Дубовка </w:t>
            </w:r>
          </w:p>
        </w:tc>
      </w:tr>
      <w:tr w:rsidR="00886147" w:rsidRPr="00BB23E9" w14:paraId="77BD4125" w14:textId="77777777" w:rsidTr="00BB23E9">
        <w:tc>
          <w:tcPr>
            <w:tcW w:w="675" w:type="dxa"/>
          </w:tcPr>
          <w:p w14:paraId="33AFACBE" w14:textId="77777777" w:rsidR="00886147" w:rsidRDefault="00000000">
            <w:r>
              <w:rPr>
                <w:rFonts w:ascii="Arial" w:hAnsi="Arial"/>
                <w:sz w:val="19"/>
              </w:rPr>
              <w:t>15</w:t>
            </w:r>
          </w:p>
        </w:tc>
        <w:tc>
          <w:tcPr>
            <w:tcW w:w="1669" w:type="dxa"/>
          </w:tcPr>
          <w:p w14:paraId="7582C86A" w14:textId="77777777" w:rsidR="00886147" w:rsidRDefault="00000000">
            <w:r>
              <w:rPr>
                <w:rFonts w:ascii="Arial" w:hAnsi="Arial"/>
                <w:sz w:val="19"/>
              </w:rPr>
              <w:t>Писахович Сергей Иванович</w:t>
            </w:r>
          </w:p>
        </w:tc>
        <w:tc>
          <w:tcPr>
            <w:tcW w:w="1196" w:type="dxa"/>
          </w:tcPr>
          <w:p w14:paraId="354F9114" w14:textId="77777777" w:rsidR="00886147" w:rsidRDefault="00000000">
            <w:r>
              <w:rPr>
                <w:rFonts w:ascii="Arial" w:hAnsi="Arial"/>
                <w:sz w:val="19"/>
              </w:rPr>
              <w:t>05.07.1906</w:t>
            </w:r>
          </w:p>
        </w:tc>
        <w:tc>
          <w:tcPr>
            <w:tcW w:w="2244" w:type="dxa"/>
          </w:tcPr>
          <w:p w14:paraId="487D8ECC" w14:textId="77777777" w:rsidR="00886147" w:rsidRDefault="00000000">
            <w:r>
              <w:rPr>
                <w:rFonts w:ascii="Arial" w:hAnsi="Arial"/>
                <w:sz w:val="19"/>
              </w:rPr>
              <w:t>Беларусь, г. Могилев</w:t>
            </w:r>
          </w:p>
        </w:tc>
        <w:tc>
          <w:tcPr>
            <w:tcW w:w="2311" w:type="dxa"/>
          </w:tcPr>
          <w:p w14:paraId="13DBFC7B" w14:textId="77777777" w:rsidR="00886147" w:rsidRDefault="00000000">
            <w:r>
              <w:rPr>
                <w:rFonts w:ascii="Arial" w:hAnsi="Arial"/>
                <w:sz w:val="19"/>
              </w:rPr>
              <w:t>интендант 3 ранга</w:t>
            </w:r>
          </w:p>
        </w:tc>
        <w:tc>
          <w:tcPr>
            <w:tcW w:w="1669" w:type="dxa"/>
          </w:tcPr>
          <w:p w14:paraId="7971C263" w14:textId="77777777" w:rsidR="00886147" w:rsidRDefault="00886147"/>
        </w:tc>
        <w:tc>
          <w:tcPr>
            <w:tcW w:w="2703" w:type="dxa"/>
          </w:tcPr>
          <w:p w14:paraId="1C3B49A7" w14:textId="77777777" w:rsidR="00886147" w:rsidRDefault="00000000">
            <w:r>
              <w:rPr>
                <w:rFonts w:ascii="Arial" w:hAnsi="Arial"/>
                <w:sz w:val="19"/>
              </w:rPr>
              <w:t xml:space="preserve">Писахович Михаил </w:t>
            </w:r>
          </w:p>
        </w:tc>
        <w:tc>
          <w:tcPr>
            <w:tcW w:w="2244" w:type="dxa"/>
          </w:tcPr>
          <w:p w14:paraId="29853E8C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г. Могилев,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Груховский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переулок, д. 23 </w:t>
            </w:r>
          </w:p>
        </w:tc>
      </w:tr>
      <w:tr w:rsidR="00886147" w:rsidRPr="00BB23E9" w14:paraId="4FED9EC7" w14:textId="77777777" w:rsidTr="00BB23E9">
        <w:tc>
          <w:tcPr>
            <w:tcW w:w="675" w:type="dxa"/>
          </w:tcPr>
          <w:p w14:paraId="327922CD" w14:textId="77777777" w:rsidR="00886147" w:rsidRDefault="00000000">
            <w:r>
              <w:rPr>
                <w:rFonts w:ascii="Arial" w:hAnsi="Arial"/>
                <w:sz w:val="19"/>
              </w:rPr>
              <w:t>16</w:t>
            </w:r>
          </w:p>
        </w:tc>
        <w:tc>
          <w:tcPr>
            <w:tcW w:w="1669" w:type="dxa"/>
          </w:tcPr>
          <w:p w14:paraId="6C38DDC6" w14:textId="77777777" w:rsidR="00886147" w:rsidRDefault="00000000">
            <w:r>
              <w:rPr>
                <w:rFonts w:ascii="Arial" w:hAnsi="Arial"/>
                <w:sz w:val="19"/>
              </w:rPr>
              <w:t>Лемешев Иван Александрович</w:t>
            </w:r>
          </w:p>
        </w:tc>
        <w:tc>
          <w:tcPr>
            <w:tcW w:w="1196" w:type="dxa"/>
          </w:tcPr>
          <w:p w14:paraId="5CA0E3D2" w14:textId="77777777" w:rsidR="00886147" w:rsidRDefault="00000000">
            <w:r>
              <w:rPr>
                <w:rFonts w:ascii="Arial" w:hAnsi="Arial"/>
                <w:sz w:val="19"/>
              </w:rPr>
              <w:t>28.06.1914</w:t>
            </w:r>
          </w:p>
        </w:tc>
        <w:tc>
          <w:tcPr>
            <w:tcW w:w="2244" w:type="dxa"/>
          </w:tcPr>
          <w:p w14:paraId="2350E8E6" w14:textId="77777777" w:rsidR="00886147" w:rsidRDefault="00000000">
            <w:r>
              <w:rPr>
                <w:rFonts w:ascii="Arial" w:hAnsi="Arial"/>
                <w:sz w:val="19"/>
              </w:rPr>
              <w:t>Беларусь, Могилевская обл.</w:t>
            </w:r>
          </w:p>
        </w:tc>
        <w:tc>
          <w:tcPr>
            <w:tcW w:w="2311" w:type="dxa"/>
          </w:tcPr>
          <w:p w14:paraId="720391D3" w14:textId="77777777" w:rsidR="00886147" w:rsidRDefault="00000000">
            <w:r>
              <w:rPr>
                <w:rFonts w:ascii="Arial" w:hAnsi="Arial"/>
                <w:sz w:val="19"/>
              </w:rPr>
              <w:t xml:space="preserve">красноармеец </w:t>
            </w:r>
          </w:p>
        </w:tc>
        <w:tc>
          <w:tcPr>
            <w:tcW w:w="1669" w:type="dxa"/>
          </w:tcPr>
          <w:p w14:paraId="0DFE366E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Круглянский РВК, Беларусь, Могилевская обл.</w:t>
            </w:r>
          </w:p>
        </w:tc>
        <w:tc>
          <w:tcPr>
            <w:tcW w:w="2703" w:type="dxa"/>
          </w:tcPr>
          <w:p w14:paraId="6C7AC74A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Лемешева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sz w:val="19"/>
              </w:rPr>
              <w:t>Анна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244" w:type="dxa"/>
          </w:tcPr>
          <w:p w14:paraId="3D3C5DF7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Круглянский р-н, д. Дрозды </w:t>
            </w:r>
          </w:p>
        </w:tc>
      </w:tr>
      <w:tr w:rsidR="00886147" w:rsidRPr="00BB23E9" w14:paraId="568A4899" w14:textId="77777777" w:rsidTr="00BB23E9">
        <w:tc>
          <w:tcPr>
            <w:tcW w:w="675" w:type="dxa"/>
          </w:tcPr>
          <w:p w14:paraId="69F10E29" w14:textId="77777777" w:rsidR="00886147" w:rsidRDefault="00000000">
            <w:r>
              <w:rPr>
                <w:rFonts w:ascii="Arial" w:hAnsi="Arial"/>
                <w:sz w:val="19"/>
              </w:rPr>
              <w:t>17</w:t>
            </w:r>
          </w:p>
        </w:tc>
        <w:tc>
          <w:tcPr>
            <w:tcW w:w="1669" w:type="dxa"/>
          </w:tcPr>
          <w:p w14:paraId="5FB91AE0" w14:textId="77777777" w:rsidR="00886147" w:rsidRDefault="00000000">
            <w:r>
              <w:rPr>
                <w:rFonts w:ascii="Arial" w:hAnsi="Arial"/>
                <w:sz w:val="19"/>
              </w:rPr>
              <w:t>Ковалевский Николай Евгеньевич</w:t>
            </w:r>
          </w:p>
        </w:tc>
        <w:tc>
          <w:tcPr>
            <w:tcW w:w="1196" w:type="dxa"/>
          </w:tcPr>
          <w:p w14:paraId="5B48F75D" w14:textId="77777777" w:rsidR="00886147" w:rsidRDefault="00000000">
            <w:r>
              <w:rPr>
                <w:rFonts w:ascii="Arial" w:hAnsi="Arial"/>
                <w:sz w:val="19"/>
              </w:rPr>
              <w:t>1903</w:t>
            </w:r>
          </w:p>
        </w:tc>
        <w:tc>
          <w:tcPr>
            <w:tcW w:w="2244" w:type="dxa"/>
          </w:tcPr>
          <w:p w14:paraId="19468B85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Могилёвская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обл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г.Бобруйск</w:t>
            </w:r>
            <w:proofErr w:type="spellEnd"/>
          </w:p>
        </w:tc>
        <w:tc>
          <w:tcPr>
            <w:tcW w:w="2311" w:type="dxa"/>
          </w:tcPr>
          <w:p w14:paraId="426333E6" w14:textId="77777777" w:rsidR="00886147" w:rsidRDefault="00000000">
            <w:r>
              <w:rPr>
                <w:rFonts w:ascii="Arial" w:hAnsi="Arial"/>
                <w:sz w:val="19"/>
              </w:rPr>
              <w:t>в/</w:t>
            </w:r>
            <w:proofErr w:type="spellStart"/>
            <w:r>
              <w:rPr>
                <w:rFonts w:ascii="Arial" w:hAnsi="Arial"/>
                <w:sz w:val="19"/>
              </w:rPr>
              <w:t>техник</w:t>
            </w:r>
            <w:proofErr w:type="spellEnd"/>
          </w:p>
        </w:tc>
        <w:tc>
          <w:tcPr>
            <w:tcW w:w="1669" w:type="dxa"/>
          </w:tcPr>
          <w:p w14:paraId="72CADC70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Могилёвская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обл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>, Бобруйский РВК</w:t>
            </w:r>
          </w:p>
        </w:tc>
        <w:tc>
          <w:tcPr>
            <w:tcW w:w="2703" w:type="dxa"/>
          </w:tcPr>
          <w:p w14:paraId="6B77A561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жена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sz w:val="19"/>
              </w:rPr>
              <w:t>Ковалевская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sz w:val="19"/>
              </w:rPr>
              <w:t>Нина</w:t>
            </w:r>
            <w:proofErr w:type="spellEnd"/>
          </w:p>
        </w:tc>
        <w:tc>
          <w:tcPr>
            <w:tcW w:w="2244" w:type="dxa"/>
          </w:tcPr>
          <w:p w14:paraId="68105B45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Могилёвская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обл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г.Бобруйск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, </w:t>
            </w:r>
            <w:proofErr w:type="spellStart"/>
            <w:proofErr w:type="gramStart"/>
            <w:r w:rsidRPr="00BB23E9">
              <w:rPr>
                <w:rFonts w:ascii="Arial" w:hAnsi="Arial"/>
                <w:sz w:val="19"/>
                <w:lang w:val="ru-RU"/>
              </w:rPr>
              <w:t>пер.Чугуновский</w:t>
            </w:r>
            <w:proofErr w:type="spellEnd"/>
            <w:proofErr w:type="gramEnd"/>
            <w:r w:rsidRPr="00BB23E9">
              <w:rPr>
                <w:rFonts w:ascii="Arial" w:hAnsi="Arial"/>
                <w:sz w:val="19"/>
                <w:lang w:val="ru-RU"/>
              </w:rPr>
              <w:t xml:space="preserve"> 8</w:t>
            </w:r>
          </w:p>
        </w:tc>
      </w:tr>
      <w:tr w:rsidR="00886147" w:rsidRPr="00BB23E9" w14:paraId="1A21F01B" w14:textId="77777777" w:rsidTr="00BB23E9">
        <w:tc>
          <w:tcPr>
            <w:tcW w:w="675" w:type="dxa"/>
          </w:tcPr>
          <w:p w14:paraId="120FE9F4" w14:textId="77777777" w:rsidR="00886147" w:rsidRDefault="00000000">
            <w:r>
              <w:rPr>
                <w:rFonts w:ascii="Arial" w:hAnsi="Arial"/>
                <w:sz w:val="19"/>
              </w:rPr>
              <w:t>18</w:t>
            </w:r>
          </w:p>
        </w:tc>
        <w:tc>
          <w:tcPr>
            <w:tcW w:w="1669" w:type="dxa"/>
          </w:tcPr>
          <w:p w14:paraId="078EFD5A" w14:textId="77777777" w:rsidR="00886147" w:rsidRDefault="00000000">
            <w:r>
              <w:rPr>
                <w:rFonts w:ascii="Arial" w:hAnsi="Arial"/>
                <w:sz w:val="19"/>
              </w:rPr>
              <w:t>Куцко Павел Иванович</w:t>
            </w:r>
          </w:p>
        </w:tc>
        <w:tc>
          <w:tcPr>
            <w:tcW w:w="1196" w:type="dxa"/>
          </w:tcPr>
          <w:p w14:paraId="139A12A8" w14:textId="77777777" w:rsidR="00886147" w:rsidRDefault="00000000">
            <w:r>
              <w:rPr>
                <w:rFonts w:ascii="Arial" w:hAnsi="Arial"/>
                <w:sz w:val="19"/>
              </w:rPr>
              <w:t>18.06.1917</w:t>
            </w:r>
          </w:p>
        </w:tc>
        <w:tc>
          <w:tcPr>
            <w:tcW w:w="2244" w:type="dxa"/>
          </w:tcPr>
          <w:p w14:paraId="18CA69E9" w14:textId="77777777" w:rsidR="00886147" w:rsidRDefault="00000000">
            <w:r>
              <w:rPr>
                <w:rFonts w:ascii="Arial" w:hAnsi="Arial"/>
                <w:sz w:val="19"/>
              </w:rPr>
              <w:t>Беларусь, г. Могилев</w:t>
            </w:r>
          </w:p>
        </w:tc>
        <w:tc>
          <w:tcPr>
            <w:tcW w:w="2311" w:type="dxa"/>
          </w:tcPr>
          <w:p w14:paraId="284DCFEF" w14:textId="77777777" w:rsidR="00886147" w:rsidRDefault="00000000">
            <w:r>
              <w:rPr>
                <w:rFonts w:ascii="Arial" w:hAnsi="Arial"/>
                <w:sz w:val="19"/>
              </w:rPr>
              <w:t>рядовой, 169 сп</w:t>
            </w:r>
          </w:p>
        </w:tc>
        <w:tc>
          <w:tcPr>
            <w:tcW w:w="1669" w:type="dxa"/>
          </w:tcPr>
          <w:p w14:paraId="4C2ED7D2" w14:textId="77777777" w:rsidR="00886147" w:rsidRDefault="00886147"/>
        </w:tc>
        <w:tc>
          <w:tcPr>
            <w:tcW w:w="2703" w:type="dxa"/>
          </w:tcPr>
          <w:p w14:paraId="3C1A5E85" w14:textId="77777777" w:rsidR="00886147" w:rsidRDefault="00000000">
            <w:r>
              <w:rPr>
                <w:rFonts w:ascii="Arial" w:hAnsi="Arial"/>
                <w:sz w:val="19"/>
              </w:rPr>
              <w:t>Куцко Степанида</w:t>
            </w:r>
          </w:p>
        </w:tc>
        <w:tc>
          <w:tcPr>
            <w:tcW w:w="2244" w:type="dxa"/>
          </w:tcPr>
          <w:p w14:paraId="5AA8D5E1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 Шкловский район,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Гвалтовник</w:t>
            </w:r>
            <w:proofErr w:type="spellEnd"/>
          </w:p>
        </w:tc>
      </w:tr>
      <w:tr w:rsidR="00886147" w:rsidRPr="00BB23E9" w14:paraId="48C04B41" w14:textId="77777777" w:rsidTr="00BB23E9">
        <w:tc>
          <w:tcPr>
            <w:tcW w:w="675" w:type="dxa"/>
          </w:tcPr>
          <w:p w14:paraId="23050DB5" w14:textId="77777777" w:rsidR="00886147" w:rsidRDefault="00000000">
            <w:r>
              <w:rPr>
                <w:rFonts w:ascii="Arial" w:hAnsi="Arial"/>
                <w:sz w:val="19"/>
              </w:rPr>
              <w:t>19</w:t>
            </w:r>
          </w:p>
        </w:tc>
        <w:tc>
          <w:tcPr>
            <w:tcW w:w="1669" w:type="dxa"/>
          </w:tcPr>
          <w:p w14:paraId="13EBA0B0" w14:textId="77777777" w:rsidR="00886147" w:rsidRDefault="00000000">
            <w:r>
              <w:rPr>
                <w:rFonts w:ascii="Arial" w:hAnsi="Arial"/>
                <w:sz w:val="19"/>
              </w:rPr>
              <w:t>Безменов Андрей Иванович</w:t>
            </w:r>
          </w:p>
        </w:tc>
        <w:tc>
          <w:tcPr>
            <w:tcW w:w="1196" w:type="dxa"/>
          </w:tcPr>
          <w:p w14:paraId="518041CC" w14:textId="77777777" w:rsidR="00886147" w:rsidRDefault="00000000">
            <w:r>
              <w:rPr>
                <w:rFonts w:ascii="Arial" w:hAnsi="Arial"/>
                <w:sz w:val="19"/>
              </w:rPr>
              <w:t>17.10.1912</w:t>
            </w:r>
          </w:p>
        </w:tc>
        <w:tc>
          <w:tcPr>
            <w:tcW w:w="2244" w:type="dxa"/>
          </w:tcPr>
          <w:p w14:paraId="40692259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Беларусь, Могилевская обл., г. Могилев</w:t>
            </w:r>
          </w:p>
        </w:tc>
        <w:tc>
          <w:tcPr>
            <w:tcW w:w="2311" w:type="dxa"/>
          </w:tcPr>
          <w:p w14:paraId="1C57981C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мл</w:t>
            </w:r>
            <w:proofErr w:type="spellEnd"/>
            <w:r>
              <w:rPr>
                <w:rFonts w:ascii="Arial" w:hAnsi="Arial"/>
                <w:sz w:val="19"/>
              </w:rPr>
              <w:t xml:space="preserve">. </w:t>
            </w:r>
            <w:proofErr w:type="spellStart"/>
            <w:r>
              <w:rPr>
                <w:rFonts w:ascii="Arial" w:hAnsi="Arial"/>
                <w:sz w:val="19"/>
              </w:rPr>
              <w:t>лейтенант</w:t>
            </w:r>
            <w:proofErr w:type="spellEnd"/>
            <w:r>
              <w:rPr>
                <w:rFonts w:ascii="Arial" w:hAnsi="Arial"/>
                <w:sz w:val="19"/>
              </w:rPr>
              <w:t xml:space="preserve">, 82 </w:t>
            </w:r>
            <w:proofErr w:type="spellStart"/>
            <w:r>
              <w:rPr>
                <w:rFonts w:ascii="Arial" w:hAnsi="Arial"/>
                <w:sz w:val="19"/>
              </w:rPr>
              <w:t>мсп</w:t>
            </w:r>
            <w:proofErr w:type="spellEnd"/>
            <w:r>
              <w:rPr>
                <w:rFonts w:ascii="Arial" w:hAnsi="Arial"/>
                <w:sz w:val="19"/>
              </w:rPr>
              <w:t xml:space="preserve"> 33 мсд</w:t>
            </w:r>
          </w:p>
        </w:tc>
        <w:tc>
          <w:tcPr>
            <w:tcW w:w="1669" w:type="dxa"/>
          </w:tcPr>
          <w:p w14:paraId="67733399" w14:textId="77777777" w:rsidR="00886147" w:rsidRDefault="00886147"/>
        </w:tc>
        <w:tc>
          <w:tcPr>
            <w:tcW w:w="2703" w:type="dxa"/>
          </w:tcPr>
          <w:p w14:paraId="498F7515" w14:textId="77777777" w:rsidR="00886147" w:rsidRDefault="00000000">
            <w:r>
              <w:rPr>
                <w:rFonts w:ascii="Arial" w:hAnsi="Arial"/>
                <w:sz w:val="19"/>
              </w:rPr>
              <w:t>Безменов Иван - отец</w:t>
            </w:r>
          </w:p>
        </w:tc>
        <w:tc>
          <w:tcPr>
            <w:tcW w:w="2244" w:type="dxa"/>
          </w:tcPr>
          <w:p w14:paraId="1F8B942D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Бельничитский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район,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Будинский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>.</w:t>
            </w:r>
          </w:p>
        </w:tc>
      </w:tr>
      <w:tr w:rsidR="00886147" w:rsidRPr="00BB23E9" w14:paraId="0CCD54AD" w14:textId="77777777" w:rsidTr="00BB23E9">
        <w:tc>
          <w:tcPr>
            <w:tcW w:w="675" w:type="dxa"/>
          </w:tcPr>
          <w:p w14:paraId="1413CC57" w14:textId="77777777" w:rsidR="00886147" w:rsidRDefault="00000000">
            <w:r>
              <w:rPr>
                <w:rFonts w:ascii="Arial" w:hAnsi="Arial"/>
                <w:sz w:val="19"/>
              </w:rPr>
              <w:t>20</w:t>
            </w:r>
          </w:p>
        </w:tc>
        <w:tc>
          <w:tcPr>
            <w:tcW w:w="1669" w:type="dxa"/>
          </w:tcPr>
          <w:p w14:paraId="5692E345" w14:textId="77777777" w:rsidR="00886147" w:rsidRDefault="00000000">
            <w:r>
              <w:rPr>
                <w:rFonts w:ascii="Arial" w:hAnsi="Arial"/>
                <w:sz w:val="19"/>
              </w:rPr>
              <w:t>Тарасов Кирилл Артемович</w:t>
            </w:r>
          </w:p>
        </w:tc>
        <w:tc>
          <w:tcPr>
            <w:tcW w:w="1196" w:type="dxa"/>
          </w:tcPr>
          <w:p w14:paraId="5C25BAB6" w14:textId="77777777" w:rsidR="00886147" w:rsidRDefault="00000000">
            <w:r>
              <w:rPr>
                <w:rFonts w:ascii="Arial" w:hAnsi="Arial"/>
                <w:sz w:val="19"/>
              </w:rPr>
              <w:t>17.03.1916</w:t>
            </w:r>
          </w:p>
        </w:tc>
        <w:tc>
          <w:tcPr>
            <w:tcW w:w="2244" w:type="dxa"/>
          </w:tcPr>
          <w:p w14:paraId="2E78C07E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Биховский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р-н, д. Городец</w:t>
            </w:r>
          </w:p>
        </w:tc>
        <w:tc>
          <w:tcPr>
            <w:tcW w:w="2311" w:type="dxa"/>
          </w:tcPr>
          <w:p w14:paraId="697D7C96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рядовой</w:t>
            </w:r>
            <w:proofErr w:type="spellEnd"/>
          </w:p>
        </w:tc>
        <w:tc>
          <w:tcPr>
            <w:tcW w:w="1669" w:type="dxa"/>
          </w:tcPr>
          <w:p w14:paraId="0E216607" w14:textId="77777777" w:rsidR="00886147" w:rsidRDefault="00886147"/>
        </w:tc>
        <w:tc>
          <w:tcPr>
            <w:tcW w:w="2703" w:type="dxa"/>
          </w:tcPr>
          <w:p w14:paraId="3253E4B9" w14:textId="77777777" w:rsidR="00886147" w:rsidRDefault="00000000">
            <w:r>
              <w:rPr>
                <w:rFonts w:ascii="Arial" w:hAnsi="Arial"/>
                <w:sz w:val="19"/>
              </w:rPr>
              <w:t>брат: Тарасов Роман</w:t>
            </w:r>
          </w:p>
        </w:tc>
        <w:tc>
          <w:tcPr>
            <w:tcW w:w="2244" w:type="dxa"/>
          </w:tcPr>
          <w:p w14:paraId="577A604D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Биховский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р-н, д. Городец</w:t>
            </w:r>
          </w:p>
        </w:tc>
      </w:tr>
      <w:tr w:rsidR="00886147" w:rsidRPr="00BB23E9" w14:paraId="3ECA99A3" w14:textId="77777777" w:rsidTr="00BB23E9">
        <w:tc>
          <w:tcPr>
            <w:tcW w:w="675" w:type="dxa"/>
          </w:tcPr>
          <w:p w14:paraId="3C361723" w14:textId="77777777" w:rsidR="00886147" w:rsidRDefault="00000000">
            <w:r>
              <w:rPr>
                <w:rFonts w:ascii="Arial" w:hAnsi="Arial"/>
                <w:sz w:val="19"/>
              </w:rPr>
              <w:t>21</w:t>
            </w:r>
          </w:p>
        </w:tc>
        <w:tc>
          <w:tcPr>
            <w:tcW w:w="1669" w:type="dxa"/>
          </w:tcPr>
          <w:p w14:paraId="02226C97" w14:textId="77777777" w:rsidR="00886147" w:rsidRDefault="00000000">
            <w:r>
              <w:rPr>
                <w:rFonts w:ascii="Arial" w:hAnsi="Arial"/>
                <w:sz w:val="19"/>
              </w:rPr>
              <w:t>Юшкевич Иван Дмитриевич</w:t>
            </w:r>
          </w:p>
        </w:tc>
        <w:tc>
          <w:tcPr>
            <w:tcW w:w="1196" w:type="dxa"/>
          </w:tcPr>
          <w:p w14:paraId="7DAC8C48" w14:textId="77777777" w:rsidR="00886147" w:rsidRDefault="00000000">
            <w:r>
              <w:rPr>
                <w:rFonts w:ascii="Arial" w:hAnsi="Arial"/>
                <w:sz w:val="19"/>
              </w:rPr>
              <w:t>25.06.1921</w:t>
            </w:r>
          </w:p>
        </w:tc>
        <w:tc>
          <w:tcPr>
            <w:tcW w:w="2244" w:type="dxa"/>
          </w:tcPr>
          <w:p w14:paraId="5F8EA589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Бобруйский р-н,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Полядь</w:t>
            </w:r>
            <w:proofErr w:type="spellEnd"/>
          </w:p>
        </w:tc>
        <w:tc>
          <w:tcPr>
            <w:tcW w:w="2311" w:type="dxa"/>
          </w:tcPr>
          <w:p w14:paraId="7E716197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рядовой</w:t>
            </w:r>
            <w:proofErr w:type="spellEnd"/>
          </w:p>
        </w:tc>
        <w:tc>
          <w:tcPr>
            <w:tcW w:w="1669" w:type="dxa"/>
          </w:tcPr>
          <w:p w14:paraId="5EB9E27A" w14:textId="77777777" w:rsidR="00886147" w:rsidRDefault="00886147"/>
        </w:tc>
        <w:tc>
          <w:tcPr>
            <w:tcW w:w="2703" w:type="dxa"/>
          </w:tcPr>
          <w:p w14:paraId="1C324FA5" w14:textId="77777777" w:rsidR="00886147" w:rsidRDefault="00000000">
            <w:r>
              <w:rPr>
                <w:rFonts w:ascii="Arial" w:hAnsi="Arial"/>
                <w:sz w:val="19"/>
              </w:rPr>
              <w:t>Юшкевич Елена Дмитриевна</w:t>
            </w:r>
          </w:p>
        </w:tc>
        <w:tc>
          <w:tcPr>
            <w:tcW w:w="2244" w:type="dxa"/>
          </w:tcPr>
          <w:p w14:paraId="512620F1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Бобруйский р-н,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Симгоровичи</w:t>
            </w:r>
            <w:proofErr w:type="spellEnd"/>
          </w:p>
        </w:tc>
      </w:tr>
      <w:tr w:rsidR="00886147" w:rsidRPr="00BB23E9" w14:paraId="201056EC" w14:textId="77777777" w:rsidTr="00BB23E9">
        <w:tc>
          <w:tcPr>
            <w:tcW w:w="675" w:type="dxa"/>
          </w:tcPr>
          <w:p w14:paraId="7D74E51E" w14:textId="77777777" w:rsidR="00886147" w:rsidRDefault="00000000">
            <w:r>
              <w:rPr>
                <w:rFonts w:ascii="Arial" w:hAnsi="Arial"/>
                <w:sz w:val="19"/>
              </w:rPr>
              <w:t>22</w:t>
            </w:r>
          </w:p>
        </w:tc>
        <w:tc>
          <w:tcPr>
            <w:tcW w:w="1669" w:type="dxa"/>
          </w:tcPr>
          <w:p w14:paraId="0886A71D" w14:textId="77777777" w:rsidR="00886147" w:rsidRDefault="00000000">
            <w:r>
              <w:rPr>
                <w:rFonts w:ascii="Arial" w:hAnsi="Arial"/>
                <w:sz w:val="19"/>
              </w:rPr>
              <w:t>Князьков Николай Григорьевич</w:t>
            </w:r>
          </w:p>
        </w:tc>
        <w:tc>
          <w:tcPr>
            <w:tcW w:w="1196" w:type="dxa"/>
          </w:tcPr>
          <w:p w14:paraId="30C5B6B6" w14:textId="77777777" w:rsidR="00886147" w:rsidRDefault="00000000">
            <w:r>
              <w:rPr>
                <w:rFonts w:ascii="Arial" w:hAnsi="Arial"/>
                <w:sz w:val="19"/>
              </w:rPr>
              <w:t>10.03.1908</w:t>
            </w:r>
          </w:p>
        </w:tc>
        <w:tc>
          <w:tcPr>
            <w:tcW w:w="2244" w:type="dxa"/>
          </w:tcPr>
          <w:p w14:paraId="2BFF4048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БССР Могилёвская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обл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, Чериковский р-н,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д.Походовичи</w:t>
            </w:r>
            <w:proofErr w:type="spellEnd"/>
          </w:p>
        </w:tc>
        <w:tc>
          <w:tcPr>
            <w:tcW w:w="2311" w:type="dxa"/>
          </w:tcPr>
          <w:p w14:paraId="7A51CDAA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рядовой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1669" w:type="dxa"/>
          </w:tcPr>
          <w:p w14:paraId="2F4BE5D9" w14:textId="77777777" w:rsidR="00886147" w:rsidRDefault="00886147"/>
        </w:tc>
        <w:tc>
          <w:tcPr>
            <w:tcW w:w="2703" w:type="dxa"/>
          </w:tcPr>
          <w:p w14:paraId="0DBD8FAD" w14:textId="77777777" w:rsidR="00886147" w:rsidRDefault="00000000">
            <w:r>
              <w:rPr>
                <w:rFonts w:ascii="Arial" w:hAnsi="Arial"/>
                <w:sz w:val="19"/>
              </w:rPr>
              <w:t>Князькова Пелагея</w:t>
            </w:r>
          </w:p>
        </w:tc>
        <w:tc>
          <w:tcPr>
            <w:tcW w:w="2244" w:type="dxa"/>
          </w:tcPr>
          <w:p w14:paraId="3C3D8B28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БССР Могилёвская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обл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, Чериковский р-н,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д.Походовичи</w:t>
            </w:r>
            <w:proofErr w:type="spellEnd"/>
          </w:p>
        </w:tc>
      </w:tr>
      <w:tr w:rsidR="00886147" w:rsidRPr="00BB23E9" w14:paraId="22279B36" w14:textId="77777777" w:rsidTr="00BB23E9">
        <w:tc>
          <w:tcPr>
            <w:tcW w:w="675" w:type="dxa"/>
          </w:tcPr>
          <w:p w14:paraId="2DE369F6" w14:textId="77777777" w:rsidR="00886147" w:rsidRDefault="00000000">
            <w:r>
              <w:rPr>
                <w:rFonts w:ascii="Arial" w:hAnsi="Arial"/>
                <w:sz w:val="19"/>
              </w:rPr>
              <w:t>23</w:t>
            </w:r>
          </w:p>
        </w:tc>
        <w:tc>
          <w:tcPr>
            <w:tcW w:w="1669" w:type="dxa"/>
          </w:tcPr>
          <w:p w14:paraId="0864CE20" w14:textId="77777777" w:rsidR="00886147" w:rsidRDefault="00000000">
            <w:r>
              <w:rPr>
                <w:rFonts w:ascii="Arial" w:hAnsi="Arial"/>
                <w:sz w:val="19"/>
              </w:rPr>
              <w:t xml:space="preserve">Стрельцов </w:t>
            </w:r>
            <w:r>
              <w:rPr>
                <w:rFonts w:ascii="Arial" w:hAnsi="Arial"/>
                <w:sz w:val="19"/>
              </w:rPr>
              <w:lastRenderedPageBreak/>
              <w:t>Владимир Павлович</w:t>
            </w:r>
          </w:p>
        </w:tc>
        <w:tc>
          <w:tcPr>
            <w:tcW w:w="1196" w:type="dxa"/>
          </w:tcPr>
          <w:p w14:paraId="1E44473E" w14:textId="77777777" w:rsidR="00886147" w:rsidRDefault="00000000">
            <w:r>
              <w:rPr>
                <w:rFonts w:ascii="Arial" w:hAnsi="Arial"/>
                <w:sz w:val="19"/>
              </w:rPr>
              <w:lastRenderedPageBreak/>
              <w:t>17.10.1921</w:t>
            </w:r>
          </w:p>
        </w:tc>
        <w:tc>
          <w:tcPr>
            <w:tcW w:w="2244" w:type="dxa"/>
          </w:tcPr>
          <w:p w14:paraId="3C6DD00B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</w:t>
            </w:r>
            <w:r w:rsidRPr="00BB23E9">
              <w:rPr>
                <w:rFonts w:ascii="Arial" w:hAnsi="Arial"/>
                <w:sz w:val="19"/>
                <w:lang w:val="ru-RU"/>
              </w:rPr>
              <w:lastRenderedPageBreak/>
              <w:t xml:space="preserve">Могилевская обл., Быховский р-н,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Борколабово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</w:t>
            </w:r>
          </w:p>
        </w:tc>
        <w:tc>
          <w:tcPr>
            <w:tcW w:w="2311" w:type="dxa"/>
          </w:tcPr>
          <w:p w14:paraId="5BD30A84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lastRenderedPageBreak/>
              <w:t>красноармеец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1669" w:type="dxa"/>
          </w:tcPr>
          <w:p w14:paraId="4A473F99" w14:textId="77777777" w:rsidR="00886147" w:rsidRDefault="00886147"/>
        </w:tc>
        <w:tc>
          <w:tcPr>
            <w:tcW w:w="2703" w:type="dxa"/>
          </w:tcPr>
          <w:p w14:paraId="2A5F9BA9" w14:textId="77777777" w:rsidR="00886147" w:rsidRDefault="00000000">
            <w:r>
              <w:rPr>
                <w:rFonts w:ascii="Arial" w:hAnsi="Arial"/>
                <w:sz w:val="19"/>
              </w:rPr>
              <w:t xml:space="preserve">Стрельцов Павел </w:t>
            </w:r>
          </w:p>
        </w:tc>
        <w:tc>
          <w:tcPr>
            <w:tcW w:w="2244" w:type="dxa"/>
          </w:tcPr>
          <w:p w14:paraId="30E37C62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</w:t>
            </w:r>
            <w:r w:rsidRPr="00BB23E9">
              <w:rPr>
                <w:rFonts w:ascii="Arial" w:hAnsi="Arial"/>
                <w:sz w:val="19"/>
                <w:lang w:val="ru-RU"/>
              </w:rPr>
              <w:lastRenderedPageBreak/>
              <w:t xml:space="preserve">Могилевская обл., Быховский р-н,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Борколабово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</w:t>
            </w:r>
          </w:p>
        </w:tc>
      </w:tr>
      <w:tr w:rsidR="00886147" w:rsidRPr="00BB23E9" w14:paraId="523135A9" w14:textId="77777777" w:rsidTr="00BB23E9">
        <w:tc>
          <w:tcPr>
            <w:tcW w:w="675" w:type="dxa"/>
          </w:tcPr>
          <w:p w14:paraId="647A37C3" w14:textId="77777777" w:rsidR="00886147" w:rsidRDefault="00000000">
            <w:r>
              <w:rPr>
                <w:rFonts w:ascii="Arial" w:hAnsi="Arial"/>
                <w:sz w:val="19"/>
              </w:rPr>
              <w:lastRenderedPageBreak/>
              <w:t>24</w:t>
            </w:r>
          </w:p>
        </w:tc>
        <w:tc>
          <w:tcPr>
            <w:tcW w:w="1669" w:type="dxa"/>
          </w:tcPr>
          <w:p w14:paraId="3FBA292E" w14:textId="77777777" w:rsidR="00886147" w:rsidRDefault="00000000">
            <w:r>
              <w:rPr>
                <w:rFonts w:ascii="Arial" w:hAnsi="Arial"/>
                <w:sz w:val="19"/>
              </w:rPr>
              <w:t>Лобков Прокофий Андреевич</w:t>
            </w:r>
          </w:p>
        </w:tc>
        <w:tc>
          <w:tcPr>
            <w:tcW w:w="1196" w:type="dxa"/>
          </w:tcPr>
          <w:p w14:paraId="63CA8E6B" w14:textId="77777777" w:rsidR="00886147" w:rsidRDefault="00000000">
            <w:r>
              <w:rPr>
                <w:rFonts w:ascii="Arial" w:hAnsi="Arial"/>
                <w:sz w:val="19"/>
              </w:rPr>
              <w:t>1898</w:t>
            </w:r>
          </w:p>
        </w:tc>
        <w:tc>
          <w:tcPr>
            <w:tcW w:w="2244" w:type="dxa"/>
          </w:tcPr>
          <w:p w14:paraId="6CC68E5D" w14:textId="77777777" w:rsidR="00886147" w:rsidRPr="00BB23E9" w:rsidRDefault="00000000">
            <w:pPr>
              <w:rPr>
                <w:lang w:val="ru-RU"/>
              </w:rPr>
            </w:pP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д.Слободка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Могилевская область БССР</w:t>
            </w:r>
          </w:p>
        </w:tc>
        <w:tc>
          <w:tcPr>
            <w:tcW w:w="2311" w:type="dxa"/>
          </w:tcPr>
          <w:p w14:paraId="18506A6B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солдат</w:t>
            </w:r>
            <w:proofErr w:type="spellEnd"/>
          </w:p>
        </w:tc>
        <w:tc>
          <w:tcPr>
            <w:tcW w:w="1669" w:type="dxa"/>
          </w:tcPr>
          <w:p w14:paraId="600F3C3F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Дрибинский РВК, Беларусь, Могилевская обл., Дрибинский р-н</w:t>
            </w:r>
          </w:p>
        </w:tc>
        <w:tc>
          <w:tcPr>
            <w:tcW w:w="2703" w:type="dxa"/>
          </w:tcPr>
          <w:p w14:paraId="438731A0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Лобкова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sz w:val="19"/>
              </w:rPr>
              <w:t>Варвара</w:t>
            </w:r>
            <w:proofErr w:type="spellEnd"/>
          </w:p>
        </w:tc>
        <w:tc>
          <w:tcPr>
            <w:tcW w:w="2244" w:type="dxa"/>
          </w:tcPr>
          <w:p w14:paraId="3487A0D1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БССР Могилевская область Дрибинский район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д.Слободка</w:t>
            </w:r>
            <w:proofErr w:type="spellEnd"/>
          </w:p>
        </w:tc>
      </w:tr>
      <w:tr w:rsidR="00886147" w:rsidRPr="00BB23E9" w14:paraId="57DFC6C9" w14:textId="77777777" w:rsidTr="00BB23E9">
        <w:tc>
          <w:tcPr>
            <w:tcW w:w="675" w:type="dxa"/>
          </w:tcPr>
          <w:p w14:paraId="44E47607" w14:textId="77777777" w:rsidR="00886147" w:rsidRDefault="00000000">
            <w:r>
              <w:rPr>
                <w:rFonts w:ascii="Arial" w:hAnsi="Arial"/>
                <w:sz w:val="19"/>
              </w:rPr>
              <w:t>25</w:t>
            </w:r>
          </w:p>
        </w:tc>
        <w:tc>
          <w:tcPr>
            <w:tcW w:w="1669" w:type="dxa"/>
          </w:tcPr>
          <w:p w14:paraId="0B90B806" w14:textId="77777777" w:rsidR="00886147" w:rsidRDefault="00000000">
            <w:r>
              <w:rPr>
                <w:rFonts w:ascii="Arial" w:hAnsi="Arial"/>
                <w:sz w:val="19"/>
              </w:rPr>
              <w:t>Голинский Ефим Сазонович</w:t>
            </w:r>
          </w:p>
        </w:tc>
        <w:tc>
          <w:tcPr>
            <w:tcW w:w="1196" w:type="dxa"/>
          </w:tcPr>
          <w:p w14:paraId="49F06A9D" w14:textId="77777777" w:rsidR="00886147" w:rsidRDefault="00000000">
            <w:r>
              <w:rPr>
                <w:rFonts w:ascii="Arial" w:hAnsi="Arial"/>
                <w:sz w:val="19"/>
              </w:rPr>
              <w:t>05.10.1924</w:t>
            </w:r>
          </w:p>
        </w:tc>
        <w:tc>
          <w:tcPr>
            <w:tcW w:w="2244" w:type="dxa"/>
          </w:tcPr>
          <w:p w14:paraId="2736D7DD" w14:textId="77777777" w:rsidR="00886147" w:rsidRDefault="00000000">
            <w:r>
              <w:rPr>
                <w:rFonts w:ascii="Arial" w:hAnsi="Arial"/>
                <w:sz w:val="19"/>
              </w:rPr>
              <w:t>Беларусь, Могилевская обл.</w:t>
            </w:r>
          </w:p>
        </w:tc>
        <w:tc>
          <w:tcPr>
            <w:tcW w:w="2311" w:type="dxa"/>
          </w:tcPr>
          <w:p w14:paraId="7E03F00E" w14:textId="77777777" w:rsidR="00886147" w:rsidRDefault="00000000">
            <w:r>
              <w:rPr>
                <w:rFonts w:ascii="Arial" w:hAnsi="Arial"/>
                <w:sz w:val="19"/>
              </w:rPr>
              <w:t>рядовой</w:t>
            </w:r>
          </w:p>
        </w:tc>
        <w:tc>
          <w:tcPr>
            <w:tcW w:w="1669" w:type="dxa"/>
          </w:tcPr>
          <w:p w14:paraId="781D40D1" w14:textId="77777777" w:rsidR="00886147" w:rsidRDefault="00886147"/>
        </w:tc>
        <w:tc>
          <w:tcPr>
            <w:tcW w:w="2703" w:type="dxa"/>
          </w:tcPr>
          <w:p w14:paraId="154C9C52" w14:textId="77777777" w:rsidR="00886147" w:rsidRDefault="00000000">
            <w:r>
              <w:rPr>
                <w:rFonts w:ascii="Arial" w:hAnsi="Arial"/>
                <w:sz w:val="19"/>
              </w:rPr>
              <w:t>Голинская Екатерина</w:t>
            </w:r>
          </w:p>
        </w:tc>
        <w:tc>
          <w:tcPr>
            <w:tcW w:w="2244" w:type="dxa"/>
          </w:tcPr>
          <w:p w14:paraId="3715BC26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Климовичский р-н,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Озерцы</w:t>
            </w:r>
            <w:proofErr w:type="spellEnd"/>
          </w:p>
        </w:tc>
      </w:tr>
      <w:tr w:rsidR="00886147" w:rsidRPr="00BB23E9" w14:paraId="1E021A23" w14:textId="77777777" w:rsidTr="00BB23E9">
        <w:tc>
          <w:tcPr>
            <w:tcW w:w="675" w:type="dxa"/>
          </w:tcPr>
          <w:p w14:paraId="3ED9E3B6" w14:textId="77777777" w:rsidR="00886147" w:rsidRDefault="00000000">
            <w:r>
              <w:rPr>
                <w:rFonts w:ascii="Arial" w:hAnsi="Arial"/>
                <w:sz w:val="19"/>
              </w:rPr>
              <w:t>26</w:t>
            </w:r>
          </w:p>
        </w:tc>
        <w:tc>
          <w:tcPr>
            <w:tcW w:w="1669" w:type="dxa"/>
          </w:tcPr>
          <w:p w14:paraId="48019D06" w14:textId="77777777" w:rsidR="00886147" w:rsidRDefault="00000000">
            <w:r>
              <w:rPr>
                <w:rFonts w:ascii="Arial" w:hAnsi="Arial"/>
                <w:sz w:val="19"/>
              </w:rPr>
              <w:t>Казаченок Василий Николаевич</w:t>
            </w:r>
          </w:p>
        </w:tc>
        <w:tc>
          <w:tcPr>
            <w:tcW w:w="1196" w:type="dxa"/>
          </w:tcPr>
          <w:p w14:paraId="00F1DC34" w14:textId="77777777" w:rsidR="00886147" w:rsidRDefault="00000000">
            <w:r>
              <w:rPr>
                <w:rFonts w:ascii="Arial" w:hAnsi="Arial"/>
                <w:sz w:val="19"/>
              </w:rPr>
              <w:t>18.10.1921</w:t>
            </w:r>
          </w:p>
        </w:tc>
        <w:tc>
          <w:tcPr>
            <w:tcW w:w="2244" w:type="dxa"/>
          </w:tcPr>
          <w:p w14:paraId="59997561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Кличевский р-н, Островский с/с,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Масное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</w:t>
            </w:r>
          </w:p>
        </w:tc>
        <w:tc>
          <w:tcPr>
            <w:tcW w:w="2311" w:type="dxa"/>
          </w:tcPr>
          <w:p w14:paraId="6F38F6CF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рядовой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1669" w:type="dxa"/>
          </w:tcPr>
          <w:p w14:paraId="77615011" w14:textId="77777777" w:rsidR="00886147" w:rsidRDefault="00886147"/>
        </w:tc>
        <w:tc>
          <w:tcPr>
            <w:tcW w:w="2703" w:type="dxa"/>
          </w:tcPr>
          <w:p w14:paraId="6B499987" w14:textId="77777777" w:rsidR="00886147" w:rsidRDefault="00000000">
            <w:r>
              <w:rPr>
                <w:rFonts w:ascii="Arial" w:hAnsi="Arial"/>
                <w:sz w:val="19"/>
              </w:rPr>
              <w:t>Отец Казаченок Николай</w:t>
            </w:r>
          </w:p>
        </w:tc>
        <w:tc>
          <w:tcPr>
            <w:tcW w:w="2244" w:type="dxa"/>
          </w:tcPr>
          <w:p w14:paraId="0193CBE7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Кличевский р-н, Островский с/с,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Масное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</w:t>
            </w:r>
          </w:p>
        </w:tc>
      </w:tr>
      <w:tr w:rsidR="00886147" w:rsidRPr="00BB23E9" w14:paraId="47A28AF0" w14:textId="77777777" w:rsidTr="00BB23E9">
        <w:tc>
          <w:tcPr>
            <w:tcW w:w="675" w:type="dxa"/>
          </w:tcPr>
          <w:p w14:paraId="51B1738D" w14:textId="77777777" w:rsidR="00886147" w:rsidRDefault="00000000">
            <w:r>
              <w:rPr>
                <w:rFonts w:ascii="Arial" w:hAnsi="Arial"/>
                <w:sz w:val="19"/>
              </w:rPr>
              <w:t>27</w:t>
            </w:r>
          </w:p>
        </w:tc>
        <w:tc>
          <w:tcPr>
            <w:tcW w:w="1669" w:type="dxa"/>
          </w:tcPr>
          <w:p w14:paraId="1FAACE77" w14:textId="77777777" w:rsidR="00886147" w:rsidRDefault="00000000">
            <w:r>
              <w:rPr>
                <w:rFonts w:ascii="Arial" w:hAnsi="Arial"/>
                <w:sz w:val="19"/>
              </w:rPr>
              <w:t>Кириенко Василий Павлович</w:t>
            </w:r>
          </w:p>
        </w:tc>
        <w:tc>
          <w:tcPr>
            <w:tcW w:w="1196" w:type="dxa"/>
          </w:tcPr>
          <w:p w14:paraId="76BF6C1E" w14:textId="77777777" w:rsidR="00886147" w:rsidRDefault="00000000">
            <w:r>
              <w:rPr>
                <w:rFonts w:ascii="Arial" w:hAnsi="Arial"/>
                <w:sz w:val="19"/>
              </w:rPr>
              <w:t>15.07.1921</w:t>
            </w:r>
          </w:p>
        </w:tc>
        <w:tc>
          <w:tcPr>
            <w:tcW w:w="2244" w:type="dxa"/>
          </w:tcPr>
          <w:p w14:paraId="28A3A047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Костюковичский р-н,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Крупня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 </w:t>
            </w:r>
          </w:p>
        </w:tc>
        <w:tc>
          <w:tcPr>
            <w:tcW w:w="2311" w:type="dxa"/>
          </w:tcPr>
          <w:p w14:paraId="2848947E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красноармеец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1669" w:type="dxa"/>
          </w:tcPr>
          <w:p w14:paraId="0375714E" w14:textId="77777777" w:rsidR="00886147" w:rsidRDefault="00886147"/>
        </w:tc>
        <w:tc>
          <w:tcPr>
            <w:tcW w:w="2703" w:type="dxa"/>
          </w:tcPr>
          <w:p w14:paraId="4B887468" w14:textId="77777777" w:rsidR="00886147" w:rsidRDefault="00000000">
            <w:r>
              <w:rPr>
                <w:rFonts w:ascii="Arial" w:hAnsi="Arial"/>
                <w:sz w:val="19"/>
              </w:rPr>
              <w:t xml:space="preserve">Кириенко Павел Калистратович </w:t>
            </w:r>
          </w:p>
        </w:tc>
        <w:tc>
          <w:tcPr>
            <w:tcW w:w="2244" w:type="dxa"/>
          </w:tcPr>
          <w:p w14:paraId="4CE6A707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Костюковичский р-н,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Крупня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 </w:t>
            </w:r>
          </w:p>
        </w:tc>
      </w:tr>
      <w:tr w:rsidR="00886147" w:rsidRPr="00BB23E9" w14:paraId="3CC3C059" w14:textId="77777777" w:rsidTr="00BB23E9">
        <w:tc>
          <w:tcPr>
            <w:tcW w:w="675" w:type="dxa"/>
          </w:tcPr>
          <w:p w14:paraId="41B8F965" w14:textId="77777777" w:rsidR="00886147" w:rsidRDefault="00000000">
            <w:r>
              <w:rPr>
                <w:rFonts w:ascii="Arial" w:hAnsi="Arial"/>
                <w:sz w:val="19"/>
              </w:rPr>
              <w:t>28</w:t>
            </w:r>
          </w:p>
        </w:tc>
        <w:tc>
          <w:tcPr>
            <w:tcW w:w="1669" w:type="dxa"/>
          </w:tcPr>
          <w:p w14:paraId="70447A38" w14:textId="77777777" w:rsidR="00886147" w:rsidRDefault="00000000">
            <w:r>
              <w:rPr>
                <w:rFonts w:ascii="Arial" w:hAnsi="Arial"/>
                <w:sz w:val="19"/>
              </w:rPr>
              <w:t>Пачалов Сергей Артемович</w:t>
            </w:r>
          </w:p>
        </w:tc>
        <w:tc>
          <w:tcPr>
            <w:tcW w:w="1196" w:type="dxa"/>
          </w:tcPr>
          <w:p w14:paraId="0E11B114" w14:textId="77777777" w:rsidR="00886147" w:rsidRDefault="00000000">
            <w:r>
              <w:rPr>
                <w:rFonts w:ascii="Arial" w:hAnsi="Arial"/>
                <w:sz w:val="19"/>
              </w:rPr>
              <w:t>21.05.1918</w:t>
            </w:r>
          </w:p>
        </w:tc>
        <w:tc>
          <w:tcPr>
            <w:tcW w:w="2244" w:type="dxa"/>
          </w:tcPr>
          <w:p w14:paraId="57C3141F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Костюковичский р-н,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Папоротная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 </w:t>
            </w:r>
          </w:p>
        </w:tc>
        <w:tc>
          <w:tcPr>
            <w:tcW w:w="2311" w:type="dxa"/>
          </w:tcPr>
          <w:p w14:paraId="71E7CA84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рядовой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1669" w:type="dxa"/>
          </w:tcPr>
          <w:p w14:paraId="64512150" w14:textId="77777777" w:rsidR="00886147" w:rsidRDefault="00886147"/>
        </w:tc>
        <w:tc>
          <w:tcPr>
            <w:tcW w:w="2703" w:type="dxa"/>
          </w:tcPr>
          <w:p w14:paraId="1777E18B" w14:textId="77777777" w:rsidR="00886147" w:rsidRDefault="00000000">
            <w:r>
              <w:rPr>
                <w:rFonts w:ascii="Arial" w:hAnsi="Arial"/>
                <w:sz w:val="19"/>
              </w:rPr>
              <w:t xml:space="preserve">Пачалов Николай </w:t>
            </w:r>
          </w:p>
        </w:tc>
        <w:tc>
          <w:tcPr>
            <w:tcW w:w="2244" w:type="dxa"/>
          </w:tcPr>
          <w:p w14:paraId="6D143F0D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Костюковичский р-н,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Папоротная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 </w:t>
            </w:r>
          </w:p>
        </w:tc>
      </w:tr>
      <w:tr w:rsidR="00886147" w:rsidRPr="00BB23E9" w14:paraId="08395AB7" w14:textId="77777777" w:rsidTr="00BB23E9">
        <w:tc>
          <w:tcPr>
            <w:tcW w:w="675" w:type="dxa"/>
          </w:tcPr>
          <w:p w14:paraId="3CB6DC17" w14:textId="77777777" w:rsidR="00886147" w:rsidRDefault="00000000">
            <w:r>
              <w:rPr>
                <w:rFonts w:ascii="Arial" w:hAnsi="Arial"/>
                <w:sz w:val="19"/>
              </w:rPr>
              <w:t>29</w:t>
            </w:r>
          </w:p>
        </w:tc>
        <w:tc>
          <w:tcPr>
            <w:tcW w:w="1669" w:type="dxa"/>
          </w:tcPr>
          <w:p w14:paraId="4E263C51" w14:textId="77777777" w:rsidR="00886147" w:rsidRDefault="00000000">
            <w:r>
              <w:rPr>
                <w:rFonts w:ascii="Arial" w:hAnsi="Arial"/>
                <w:sz w:val="19"/>
              </w:rPr>
              <w:t>Дольников Александр Порфенович</w:t>
            </w:r>
          </w:p>
        </w:tc>
        <w:tc>
          <w:tcPr>
            <w:tcW w:w="1196" w:type="dxa"/>
          </w:tcPr>
          <w:p w14:paraId="2BE4C0B9" w14:textId="77777777" w:rsidR="00886147" w:rsidRDefault="00000000">
            <w:r>
              <w:rPr>
                <w:rFonts w:ascii="Arial" w:hAnsi="Arial"/>
                <w:sz w:val="19"/>
              </w:rPr>
              <w:t>20.02.1894</w:t>
            </w:r>
          </w:p>
        </w:tc>
        <w:tc>
          <w:tcPr>
            <w:tcW w:w="2244" w:type="dxa"/>
          </w:tcPr>
          <w:p w14:paraId="01C2561F" w14:textId="77777777" w:rsidR="00886147" w:rsidRDefault="00000000">
            <w:r>
              <w:rPr>
                <w:rFonts w:ascii="Arial" w:hAnsi="Arial"/>
                <w:sz w:val="19"/>
              </w:rPr>
              <w:t>Костуковск</w:t>
            </w:r>
          </w:p>
        </w:tc>
        <w:tc>
          <w:tcPr>
            <w:tcW w:w="2311" w:type="dxa"/>
          </w:tcPr>
          <w:p w14:paraId="176E9FBB" w14:textId="77777777" w:rsidR="00886147" w:rsidRDefault="00000000">
            <w:r>
              <w:rPr>
                <w:rFonts w:ascii="Arial" w:hAnsi="Arial"/>
                <w:sz w:val="19"/>
              </w:rPr>
              <w:t>рядовой (стрелок)</w:t>
            </w:r>
          </w:p>
        </w:tc>
        <w:tc>
          <w:tcPr>
            <w:tcW w:w="1669" w:type="dxa"/>
          </w:tcPr>
          <w:p w14:paraId="09F292D2" w14:textId="77777777" w:rsidR="00886147" w:rsidRDefault="00886147"/>
        </w:tc>
        <w:tc>
          <w:tcPr>
            <w:tcW w:w="2703" w:type="dxa"/>
          </w:tcPr>
          <w:p w14:paraId="39F72A27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Дольникова Варвара С., Дольникова Варвара С.</w:t>
            </w:r>
          </w:p>
        </w:tc>
        <w:tc>
          <w:tcPr>
            <w:tcW w:w="2244" w:type="dxa"/>
          </w:tcPr>
          <w:p w14:paraId="5A18E5EB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Костюковичский р-н.,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Видуйцы</w:t>
            </w:r>
            <w:proofErr w:type="spellEnd"/>
          </w:p>
        </w:tc>
      </w:tr>
      <w:tr w:rsidR="00886147" w:rsidRPr="00BB23E9" w14:paraId="05F7E882" w14:textId="77777777" w:rsidTr="00BB23E9">
        <w:tc>
          <w:tcPr>
            <w:tcW w:w="675" w:type="dxa"/>
          </w:tcPr>
          <w:p w14:paraId="1B59D901" w14:textId="77777777" w:rsidR="00886147" w:rsidRDefault="00000000">
            <w:r>
              <w:rPr>
                <w:rFonts w:ascii="Arial" w:hAnsi="Arial"/>
                <w:sz w:val="19"/>
              </w:rPr>
              <w:t>30</w:t>
            </w:r>
          </w:p>
        </w:tc>
        <w:tc>
          <w:tcPr>
            <w:tcW w:w="1669" w:type="dxa"/>
          </w:tcPr>
          <w:p w14:paraId="60E6A984" w14:textId="77777777" w:rsidR="00886147" w:rsidRDefault="00000000">
            <w:r>
              <w:rPr>
                <w:rFonts w:ascii="Arial" w:hAnsi="Arial"/>
                <w:sz w:val="19"/>
              </w:rPr>
              <w:t>Якушов Николай Корнеевич</w:t>
            </w:r>
          </w:p>
        </w:tc>
        <w:tc>
          <w:tcPr>
            <w:tcW w:w="1196" w:type="dxa"/>
          </w:tcPr>
          <w:p w14:paraId="0C0228F7" w14:textId="77777777" w:rsidR="00886147" w:rsidRDefault="00000000">
            <w:r>
              <w:rPr>
                <w:rFonts w:ascii="Arial" w:hAnsi="Arial"/>
                <w:sz w:val="19"/>
              </w:rPr>
              <w:t>1919</w:t>
            </w:r>
          </w:p>
        </w:tc>
        <w:tc>
          <w:tcPr>
            <w:tcW w:w="2244" w:type="dxa"/>
          </w:tcPr>
          <w:p w14:paraId="49EA3072" w14:textId="77777777" w:rsidR="00886147" w:rsidRDefault="00000000">
            <w:r>
              <w:rPr>
                <w:rFonts w:ascii="Arial" w:hAnsi="Arial"/>
                <w:sz w:val="19"/>
              </w:rPr>
              <w:t>Беларусь, Могилевская обл.</w:t>
            </w:r>
          </w:p>
        </w:tc>
        <w:tc>
          <w:tcPr>
            <w:tcW w:w="2311" w:type="dxa"/>
          </w:tcPr>
          <w:p w14:paraId="38515F67" w14:textId="77777777" w:rsidR="00886147" w:rsidRDefault="00000000">
            <w:r>
              <w:rPr>
                <w:rFonts w:ascii="Arial" w:hAnsi="Arial"/>
                <w:sz w:val="19"/>
              </w:rPr>
              <w:t xml:space="preserve">красноармеец </w:t>
            </w:r>
          </w:p>
        </w:tc>
        <w:tc>
          <w:tcPr>
            <w:tcW w:w="1669" w:type="dxa"/>
          </w:tcPr>
          <w:p w14:paraId="24C5D207" w14:textId="77777777" w:rsidR="00886147" w:rsidRDefault="00886147"/>
        </w:tc>
        <w:tc>
          <w:tcPr>
            <w:tcW w:w="2703" w:type="dxa"/>
          </w:tcPr>
          <w:p w14:paraId="541727B0" w14:textId="77777777" w:rsidR="00886147" w:rsidRDefault="00000000">
            <w:r>
              <w:rPr>
                <w:rFonts w:ascii="Arial" w:hAnsi="Arial"/>
                <w:sz w:val="19"/>
              </w:rPr>
              <w:t xml:space="preserve">Якушов К. </w:t>
            </w:r>
          </w:p>
        </w:tc>
        <w:tc>
          <w:tcPr>
            <w:tcW w:w="2244" w:type="dxa"/>
          </w:tcPr>
          <w:p w14:paraId="175A8047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Краснопольский р-н, Городецкий с/с, д. Богдановка </w:t>
            </w:r>
          </w:p>
        </w:tc>
      </w:tr>
      <w:tr w:rsidR="00886147" w:rsidRPr="00BB23E9" w14:paraId="08241ECA" w14:textId="77777777" w:rsidTr="00BB23E9">
        <w:tc>
          <w:tcPr>
            <w:tcW w:w="675" w:type="dxa"/>
          </w:tcPr>
          <w:p w14:paraId="129F65FF" w14:textId="77777777" w:rsidR="00886147" w:rsidRDefault="00000000">
            <w:r>
              <w:rPr>
                <w:rFonts w:ascii="Arial" w:hAnsi="Arial"/>
                <w:sz w:val="19"/>
              </w:rPr>
              <w:t>31</w:t>
            </w:r>
          </w:p>
        </w:tc>
        <w:tc>
          <w:tcPr>
            <w:tcW w:w="1669" w:type="dxa"/>
          </w:tcPr>
          <w:p w14:paraId="0818A5E8" w14:textId="77777777" w:rsidR="00886147" w:rsidRDefault="00000000">
            <w:r>
              <w:rPr>
                <w:rFonts w:ascii="Arial" w:hAnsi="Arial"/>
                <w:sz w:val="19"/>
              </w:rPr>
              <w:t>Богданов Корней Павлович</w:t>
            </w:r>
          </w:p>
        </w:tc>
        <w:tc>
          <w:tcPr>
            <w:tcW w:w="1196" w:type="dxa"/>
          </w:tcPr>
          <w:p w14:paraId="34A16696" w14:textId="77777777" w:rsidR="00886147" w:rsidRDefault="00000000">
            <w:r>
              <w:rPr>
                <w:rFonts w:ascii="Arial" w:hAnsi="Arial"/>
                <w:sz w:val="19"/>
              </w:rPr>
              <w:t>06.01.1896</w:t>
            </w:r>
          </w:p>
        </w:tc>
        <w:tc>
          <w:tcPr>
            <w:tcW w:w="2244" w:type="dxa"/>
          </w:tcPr>
          <w:p w14:paraId="2EE94FE6" w14:textId="77777777" w:rsidR="00886147" w:rsidRDefault="00886147"/>
        </w:tc>
        <w:tc>
          <w:tcPr>
            <w:tcW w:w="2311" w:type="dxa"/>
          </w:tcPr>
          <w:p w14:paraId="47AB085D" w14:textId="77777777" w:rsidR="00886147" w:rsidRDefault="00000000">
            <w:r>
              <w:rPr>
                <w:rFonts w:ascii="Arial" w:hAnsi="Arial"/>
                <w:sz w:val="19"/>
              </w:rPr>
              <w:t>рядовой</w:t>
            </w:r>
          </w:p>
        </w:tc>
        <w:tc>
          <w:tcPr>
            <w:tcW w:w="1669" w:type="dxa"/>
          </w:tcPr>
          <w:p w14:paraId="076CC183" w14:textId="77777777" w:rsidR="00886147" w:rsidRDefault="00886147"/>
        </w:tc>
        <w:tc>
          <w:tcPr>
            <w:tcW w:w="2703" w:type="dxa"/>
          </w:tcPr>
          <w:p w14:paraId="72487D61" w14:textId="77777777" w:rsidR="00886147" w:rsidRDefault="00000000">
            <w:r>
              <w:rPr>
                <w:rFonts w:ascii="Arial" w:hAnsi="Arial"/>
                <w:sz w:val="19"/>
              </w:rPr>
              <w:t>Богданов Степан</w:t>
            </w:r>
          </w:p>
        </w:tc>
        <w:tc>
          <w:tcPr>
            <w:tcW w:w="2244" w:type="dxa"/>
          </w:tcPr>
          <w:p w14:paraId="61FED451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Кричевский р-н,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Ермаковка</w:t>
            </w:r>
            <w:proofErr w:type="spellEnd"/>
          </w:p>
        </w:tc>
      </w:tr>
      <w:tr w:rsidR="00886147" w:rsidRPr="00BB23E9" w14:paraId="65FE8C16" w14:textId="77777777" w:rsidTr="00BB23E9">
        <w:tc>
          <w:tcPr>
            <w:tcW w:w="675" w:type="dxa"/>
          </w:tcPr>
          <w:p w14:paraId="6CBDEC6B" w14:textId="77777777" w:rsidR="00886147" w:rsidRDefault="00000000">
            <w:r>
              <w:rPr>
                <w:rFonts w:ascii="Arial" w:hAnsi="Arial"/>
                <w:sz w:val="19"/>
              </w:rPr>
              <w:t>32</w:t>
            </w:r>
          </w:p>
        </w:tc>
        <w:tc>
          <w:tcPr>
            <w:tcW w:w="1669" w:type="dxa"/>
          </w:tcPr>
          <w:p w14:paraId="4D23B82F" w14:textId="77777777" w:rsidR="00886147" w:rsidRDefault="00000000">
            <w:r>
              <w:rPr>
                <w:rFonts w:ascii="Arial" w:hAnsi="Arial"/>
                <w:sz w:val="19"/>
              </w:rPr>
              <w:t>Буренков Иван Максимович</w:t>
            </w:r>
          </w:p>
        </w:tc>
        <w:tc>
          <w:tcPr>
            <w:tcW w:w="1196" w:type="dxa"/>
          </w:tcPr>
          <w:p w14:paraId="6E5DD1E4" w14:textId="77777777" w:rsidR="00886147" w:rsidRDefault="00000000">
            <w:r>
              <w:rPr>
                <w:rFonts w:ascii="Arial" w:hAnsi="Arial"/>
                <w:sz w:val="19"/>
              </w:rPr>
              <w:t>15.04.1891</w:t>
            </w:r>
          </w:p>
        </w:tc>
        <w:tc>
          <w:tcPr>
            <w:tcW w:w="2244" w:type="dxa"/>
          </w:tcPr>
          <w:p w14:paraId="204A0A78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Мстиславский р-н,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Долговичи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</w:t>
            </w:r>
          </w:p>
        </w:tc>
        <w:tc>
          <w:tcPr>
            <w:tcW w:w="2311" w:type="dxa"/>
          </w:tcPr>
          <w:p w14:paraId="53807423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красноармеец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1669" w:type="dxa"/>
          </w:tcPr>
          <w:p w14:paraId="01F434B1" w14:textId="77777777" w:rsidR="00886147" w:rsidRDefault="00886147"/>
        </w:tc>
        <w:tc>
          <w:tcPr>
            <w:tcW w:w="2703" w:type="dxa"/>
          </w:tcPr>
          <w:p w14:paraId="109612D7" w14:textId="77777777" w:rsidR="00886147" w:rsidRDefault="00000000">
            <w:r>
              <w:rPr>
                <w:rFonts w:ascii="Arial" w:hAnsi="Arial"/>
                <w:sz w:val="19"/>
              </w:rPr>
              <w:t xml:space="preserve">Буренкова Н.М. </w:t>
            </w:r>
          </w:p>
        </w:tc>
        <w:tc>
          <w:tcPr>
            <w:tcW w:w="2244" w:type="dxa"/>
          </w:tcPr>
          <w:p w14:paraId="685D7FD9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Мстиславский р-н,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Долговичи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</w:t>
            </w:r>
          </w:p>
        </w:tc>
      </w:tr>
      <w:tr w:rsidR="00886147" w:rsidRPr="00BB23E9" w14:paraId="301DCBBE" w14:textId="77777777" w:rsidTr="00BB23E9">
        <w:tc>
          <w:tcPr>
            <w:tcW w:w="675" w:type="dxa"/>
          </w:tcPr>
          <w:p w14:paraId="7151032D" w14:textId="77777777" w:rsidR="00886147" w:rsidRDefault="00000000">
            <w:r>
              <w:rPr>
                <w:rFonts w:ascii="Arial" w:hAnsi="Arial"/>
                <w:sz w:val="19"/>
              </w:rPr>
              <w:t>33</w:t>
            </w:r>
          </w:p>
        </w:tc>
        <w:tc>
          <w:tcPr>
            <w:tcW w:w="1669" w:type="dxa"/>
          </w:tcPr>
          <w:p w14:paraId="4BF3D7B9" w14:textId="77777777" w:rsidR="00886147" w:rsidRDefault="00000000">
            <w:r>
              <w:rPr>
                <w:rFonts w:ascii="Arial" w:hAnsi="Arial"/>
                <w:sz w:val="19"/>
              </w:rPr>
              <w:t>Шилченко Григорий Павлович</w:t>
            </w:r>
          </w:p>
        </w:tc>
        <w:tc>
          <w:tcPr>
            <w:tcW w:w="1196" w:type="dxa"/>
          </w:tcPr>
          <w:p w14:paraId="64A7B024" w14:textId="77777777" w:rsidR="00886147" w:rsidRDefault="00000000">
            <w:r>
              <w:rPr>
                <w:rFonts w:ascii="Arial" w:hAnsi="Arial"/>
                <w:sz w:val="19"/>
              </w:rPr>
              <w:t>29.01.1917</w:t>
            </w:r>
          </w:p>
        </w:tc>
        <w:tc>
          <w:tcPr>
            <w:tcW w:w="2244" w:type="dxa"/>
          </w:tcPr>
          <w:p w14:paraId="101D506A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Мстиславский р-н,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Колотовино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</w:t>
            </w:r>
          </w:p>
        </w:tc>
        <w:tc>
          <w:tcPr>
            <w:tcW w:w="2311" w:type="dxa"/>
          </w:tcPr>
          <w:p w14:paraId="4FA2A53C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рядовой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1669" w:type="dxa"/>
          </w:tcPr>
          <w:p w14:paraId="2DA9C783" w14:textId="77777777" w:rsidR="00886147" w:rsidRDefault="00886147"/>
        </w:tc>
        <w:tc>
          <w:tcPr>
            <w:tcW w:w="2703" w:type="dxa"/>
          </w:tcPr>
          <w:p w14:paraId="6557C8D3" w14:textId="77777777" w:rsidR="00886147" w:rsidRDefault="00000000">
            <w:r>
              <w:rPr>
                <w:rFonts w:ascii="Arial" w:hAnsi="Arial"/>
                <w:sz w:val="19"/>
              </w:rPr>
              <w:t xml:space="preserve">Шилченко Павел </w:t>
            </w:r>
          </w:p>
        </w:tc>
        <w:tc>
          <w:tcPr>
            <w:tcW w:w="2244" w:type="dxa"/>
          </w:tcPr>
          <w:p w14:paraId="73C0377E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Мстиславский р-н,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Колотовино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</w:t>
            </w:r>
          </w:p>
        </w:tc>
      </w:tr>
      <w:tr w:rsidR="00886147" w:rsidRPr="00BB23E9" w14:paraId="08052B09" w14:textId="77777777" w:rsidTr="00BB23E9">
        <w:tc>
          <w:tcPr>
            <w:tcW w:w="675" w:type="dxa"/>
          </w:tcPr>
          <w:p w14:paraId="021E1251" w14:textId="77777777" w:rsidR="00886147" w:rsidRDefault="00000000">
            <w:r>
              <w:rPr>
                <w:rFonts w:ascii="Arial" w:hAnsi="Arial"/>
                <w:sz w:val="19"/>
              </w:rPr>
              <w:t>34</w:t>
            </w:r>
          </w:p>
        </w:tc>
        <w:tc>
          <w:tcPr>
            <w:tcW w:w="1669" w:type="dxa"/>
          </w:tcPr>
          <w:p w14:paraId="56B15C2E" w14:textId="77777777" w:rsidR="00886147" w:rsidRDefault="00000000">
            <w:r>
              <w:rPr>
                <w:rFonts w:ascii="Arial" w:hAnsi="Arial"/>
                <w:sz w:val="19"/>
              </w:rPr>
              <w:t xml:space="preserve">Команичка Кузьма </w:t>
            </w:r>
            <w:r>
              <w:rPr>
                <w:rFonts w:ascii="Arial" w:hAnsi="Arial"/>
                <w:sz w:val="19"/>
              </w:rPr>
              <w:lastRenderedPageBreak/>
              <w:t>Давидович</w:t>
            </w:r>
          </w:p>
        </w:tc>
        <w:tc>
          <w:tcPr>
            <w:tcW w:w="1196" w:type="dxa"/>
          </w:tcPr>
          <w:p w14:paraId="6D2A37BD" w14:textId="77777777" w:rsidR="00886147" w:rsidRDefault="00000000">
            <w:r>
              <w:rPr>
                <w:rFonts w:ascii="Arial" w:hAnsi="Arial"/>
                <w:sz w:val="19"/>
              </w:rPr>
              <w:lastRenderedPageBreak/>
              <w:t>1914</w:t>
            </w:r>
          </w:p>
        </w:tc>
        <w:tc>
          <w:tcPr>
            <w:tcW w:w="2244" w:type="dxa"/>
          </w:tcPr>
          <w:p w14:paraId="07A93524" w14:textId="77777777" w:rsidR="00886147" w:rsidRDefault="00000000">
            <w:r>
              <w:rPr>
                <w:rFonts w:ascii="Arial" w:hAnsi="Arial"/>
                <w:sz w:val="19"/>
              </w:rPr>
              <w:t>Новоселки</w:t>
            </w:r>
          </w:p>
        </w:tc>
        <w:tc>
          <w:tcPr>
            <w:tcW w:w="2311" w:type="dxa"/>
          </w:tcPr>
          <w:p w14:paraId="016853B7" w14:textId="77777777" w:rsidR="00886147" w:rsidRDefault="00000000">
            <w:r>
              <w:rPr>
                <w:rFonts w:ascii="Arial" w:hAnsi="Arial"/>
                <w:sz w:val="19"/>
              </w:rPr>
              <w:t>рядовой</w:t>
            </w:r>
          </w:p>
        </w:tc>
        <w:tc>
          <w:tcPr>
            <w:tcW w:w="1669" w:type="dxa"/>
          </w:tcPr>
          <w:p w14:paraId="1A603859" w14:textId="77777777" w:rsidR="00886147" w:rsidRDefault="00886147"/>
        </w:tc>
        <w:tc>
          <w:tcPr>
            <w:tcW w:w="2703" w:type="dxa"/>
          </w:tcPr>
          <w:p w14:paraId="785E6FE4" w14:textId="77777777" w:rsidR="00886147" w:rsidRDefault="00000000">
            <w:r>
              <w:rPr>
                <w:rFonts w:ascii="Arial" w:hAnsi="Arial"/>
                <w:sz w:val="19"/>
              </w:rPr>
              <w:t>Анастасия (жена)</w:t>
            </w:r>
          </w:p>
        </w:tc>
        <w:tc>
          <w:tcPr>
            <w:tcW w:w="2244" w:type="dxa"/>
          </w:tcPr>
          <w:p w14:paraId="59F7870F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lastRenderedPageBreak/>
              <w:t>Осиповский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р-н.,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д.Сальники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</w:t>
            </w:r>
          </w:p>
        </w:tc>
      </w:tr>
      <w:tr w:rsidR="00886147" w14:paraId="706749A2" w14:textId="77777777" w:rsidTr="00BB23E9">
        <w:tc>
          <w:tcPr>
            <w:tcW w:w="675" w:type="dxa"/>
          </w:tcPr>
          <w:p w14:paraId="4950B0EA" w14:textId="77777777" w:rsidR="00886147" w:rsidRDefault="00000000">
            <w:r>
              <w:rPr>
                <w:rFonts w:ascii="Arial" w:hAnsi="Arial"/>
                <w:sz w:val="19"/>
              </w:rPr>
              <w:lastRenderedPageBreak/>
              <w:t>35</w:t>
            </w:r>
          </w:p>
        </w:tc>
        <w:tc>
          <w:tcPr>
            <w:tcW w:w="1669" w:type="dxa"/>
          </w:tcPr>
          <w:p w14:paraId="379FE723" w14:textId="77777777" w:rsidR="00886147" w:rsidRDefault="00000000">
            <w:r>
              <w:rPr>
                <w:rFonts w:ascii="Arial" w:hAnsi="Arial"/>
                <w:sz w:val="19"/>
              </w:rPr>
              <w:t>Коломиченко Евгений Васильевич</w:t>
            </w:r>
          </w:p>
        </w:tc>
        <w:tc>
          <w:tcPr>
            <w:tcW w:w="1196" w:type="dxa"/>
          </w:tcPr>
          <w:p w14:paraId="0C72F34C" w14:textId="77777777" w:rsidR="00886147" w:rsidRDefault="00000000">
            <w:r>
              <w:rPr>
                <w:rFonts w:ascii="Arial" w:hAnsi="Arial"/>
                <w:sz w:val="19"/>
              </w:rPr>
              <w:t>23.02.1910</w:t>
            </w:r>
          </w:p>
        </w:tc>
        <w:tc>
          <w:tcPr>
            <w:tcW w:w="2244" w:type="dxa"/>
          </w:tcPr>
          <w:p w14:paraId="30EC6C53" w14:textId="77777777" w:rsidR="00886147" w:rsidRDefault="00000000">
            <w:r>
              <w:rPr>
                <w:rFonts w:ascii="Arial" w:hAnsi="Arial"/>
                <w:sz w:val="19"/>
              </w:rPr>
              <w:t xml:space="preserve">Краснополье </w:t>
            </w:r>
          </w:p>
        </w:tc>
        <w:tc>
          <w:tcPr>
            <w:tcW w:w="2311" w:type="dxa"/>
          </w:tcPr>
          <w:p w14:paraId="79046B17" w14:textId="77777777" w:rsidR="00886147" w:rsidRDefault="00000000">
            <w:r>
              <w:rPr>
                <w:rFonts w:ascii="Arial" w:hAnsi="Arial"/>
                <w:sz w:val="19"/>
              </w:rPr>
              <w:t xml:space="preserve">Капитан </w:t>
            </w:r>
          </w:p>
        </w:tc>
        <w:tc>
          <w:tcPr>
            <w:tcW w:w="1669" w:type="dxa"/>
          </w:tcPr>
          <w:p w14:paraId="398D4160" w14:textId="77777777" w:rsidR="00886147" w:rsidRDefault="00886147"/>
        </w:tc>
        <w:tc>
          <w:tcPr>
            <w:tcW w:w="2703" w:type="dxa"/>
          </w:tcPr>
          <w:p w14:paraId="7B11C8A1" w14:textId="77777777" w:rsidR="00886147" w:rsidRDefault="00000000">
            <w:r>
              <w:rPr>
                <w:rFonts w:ascii="Arial" w:hAnsi="Arial"/>
                <w:sz w:val="19"/>
              </w:rPr>
              <w:t xml:space="preserve">Жена Волкова Степанида </w:t>
            </w:r>
          </w:p>
        </w:tc>
        <w:tc>
          <w:tcPr>
            <w:tcW w:w="2244" w:type="dxa"/>
          </w:tcPr>
          <w:p w14:paraId="744AB0A3" w14:textId="77777777" w:rsidR="00886147" w:rsidRDefault="00000000">
            <w:r>
              <w:rPr>
                <w:rFonts w:ascii="Arial" w:hAnsi="Arial"/>
                <w:sz w:val="19"/>
              </w:rPr>
              <w:t xml:space="preserve">Беларусь, Могилевская обл., Полыковичи </w:t>
            </w:r>
          </w:p>
        </w:tc>
      </w:tr>
      <w:tr w:rsidR="00886147" w:rsidRPr="00BB23E9" w14:paraId="0EE6B162" w14:textId="77777777" w:rsidTr="00BB23E9">
        <w:tc>
          <w:tcPr>
            <w:tcW w:w="675" w:type="dxa"/>
          </w:tcPr>
          <w:p w14:paraId="4580C5C3" w14:textId="77777777" w:rsidR="00886147" w:rsidRDefault="00000000">
            <w:r>
              <w:rPr>
                <w:rFonts w:ascii="Arial" w:hAnsi="Arial"/>
                <w:sz w:val="19"/>
              </w:rPr>
              <w:t>36</w:t>
            </w:r>
          </w:p>
        </w:tc>
        <w:tc>
          <w:tcPr>
            <w:tcW w:w="1669" w:type="dxa"/>
          </w:tcPr>
          <w:p w14:paraId="782F91B1" w14:textId="77777777" w:rsidR="00886147" w:rsidRDefault="00000000">
            <w:r>
              <w:rPr>
                <w:rFonts w:ascii="Arial" w:hAnsi="Arial"/>
                <w:sz w:val="19"/>
              </w:rPr>
              <w:t>Волчков Карп Осипович</w:t>
            </w:r>
          </w:p>
        </w:tc>
        <w:tc>
          <w:tcPr>
            <w:tcW w:w="1196" w:type="dxa"/>
          </w:tcPr>
          <w:p w14:paraId="53F53AEC" w14:textId="77777777" w:rsidR="00886147" w:rsidRDefault="00000000">
            <w:r>
              <w:rPr>
                <w:rFonts w:ascii="Arial" w:hAnsi="Arial"/>
                <w:sz w:val="19"/>
              </w:rPr>
              <w:t>15.10.1907</w:t>
            </w:r>
          </w:p>
        </w:tc>
        <w:tc>
          <w:tcPr>
            <w:tcW w:w="2244" w:type="dxa"/>
          </w:tcPr>
          <w:p w14:paraId="01E240E3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с. Долгий Мох </w:t>
            </w:r>
          </w:p>
        </w:tc>
        <w:tc>
          <w:tcPr>
            <w:tcW w:w="2311" w:type="dxa"/>
          </w:tcPr>
          <w:p w14:paraId="5FDFED13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рядовой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1669" w:type="dxa"/>
          </w:tcPr>
          <w:p w14:paraId="2C96DCFB" w14:textId="77777777" w:rsidR="00886147" w:rsidRDefault="00886147"/>
        </w:tc>
        <w:tc>
          <w:tcPr>
            <w:tcW w:w="2703" w:type="dxa"/>
          </w:tcPr>
          <w:p w14:paraId="32A842F4" w14:textId="77777777" w:rsidR="00886147" w:rsidRDefault="00000000">
            <w:r>
              <w:rPr>
                <w:rFonts w:ascii="Arial" w:hAnsi="Arial"/>
                <w:sz w:val="19"/>
              </w:rPr>
              <w:t xml:space="preserve">Волчкова Прасковья </w:t>
            </w:r>
          </w:p>
        </w:tc>
        <w:tc>
          <w:tcPr>
            <w:tcW w:w="2244" w:type="dxa"/>
          </w:tcPr>
          <w:p w14:paraId="7C1D6633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с. Долгий Мох </w:t>
            </w:r>
          </w:p>
        </w:tc>
      </w:tr>
      <w:tr w:rsidR="00886147" w:rsidRPr="00BB23E9" w14:paraId="5F142739" w14:textId="77777777" w:rsidTr="00BB23E9">
        <w:tc>
          <w:tcPr>
            <w:tcW w:w="675" w:type="dxa"/>
          </w:tcPr>
          <w:p w14:paraId="432FC402" w14:textId="77777777" w:rsidR="00886147" w:rsidRDefault="00000000">
            <w:r>
              <w:rPr>
                <w:rFonts w:ascii="Arial" w:hAnsi="Arial"/>
                <w:sz w:val="19"/>
              </w:rPr>
              <w:t>37</w:t>
            </w:r>
          </w:p>
        </w:tc>
        <w:tc>
          <w:tcPr>
            <w:tcW w:w="1669" w:type="dxa"/>
          </w:tcPr>
          <w:p w14:paraId="1A7F5E8A" w14:textId="77777777" w:rsidR="00886147" w:rsidRDefault="00000000">
            <w:r>
              <w:rPr>
                <w:rFonts w:ascii="Arial" w:hAnsi="Arial"/>
                <w:sz w:val="19"/>
              </w:rPr>
              <w:t>Сорокин Петр Климович</w:t>
            </w:r>
          </w:p>
        </w:tc>
        <w:tc>
          <w:tcPr>
            <w:tcW w:w="1196" w:type="dxa"/>
          </w:tcPr>
          <w:p w14:paraId="235A977F" w14:textId="77777777" w:rsidR="00886147" w:rsidRDefault="00000000">
            <w:r>
              <w:rPr>
                <w:rFonts w:ascii="Arial" w:hAnsi="Arial"/>
                <w:sz w:val="19"/>
              </w:rPr>
              <w:t>28.06.1915</w:t>
            </w:r>
          </w:p>
        </w:tc>
        <w:tc>
          <w:tcPr>
            <w:tcW w:w="2244" w:type="dxa"/>
          </w:tcPr>
          <w:p w14:paraId="6572A1ED" w14:textId="77777777" w:rsidR="00886147" w:rsidRDefault="00000000">
            <w:r>
              <w:rPr>
                <w:rFonts w:ascii="Arial" w:hAnsi="Arial"/>
                <w:sz w:val="19"/>
              </w:rPr>
              <w:t>Беларусь, Могилевская обл.</w:t>
            </w:r>
          </w:p>
        </w:tc>
        <w:tc>
          <w:tcPr>
            <w:tcW w:w="2311" w:type="dxa"/>
          </w:tcPr>
          <w:p w14:paraId="79BAE32D" w14:textId="77777777" w:rsidR="00886147" w:rsidRDefault="00000000">
            <w:r>
              <w:rPr>
                <w:rFonts w:ascii="Arial" w:hAnsi="Arial"/>
                <w:sz w:val="19"/>
              </w:rPr>
              <w:t>красноармеец</w:t>
            </w:r>
          </w:p>
        </w:tc>
        <w:tc>
          <w:tcPr>
            <w:tcW w:w="1669" w:type="dxa"/>
          </w:tcPr>
          <w:p w14:paraId="11AA2CA3" w14:textId="77777777" w:rsidR="00886147" w:rsidRDefault="00886147"/>
        </w:tc>
        <w:tc>
          <w:tcPr>
            <w:tcW w:w="2703" w:type="dxa"/>
          </w:tcPr>
          <w:p w14:paraId="487F2349" w14:textId="77777777" w:rsidR="00886147" w:rsidRDefault="00000000">
            <w:r>
              <w:rPr>
                <w:rFonts w:ascii="Arial" w:hAnsi="Arial"/>
                <w:sz w:val="19"/>
              </w:rPr>
              <w:t>Отец Сорокин Клим</w:t>
            </w:r>
          </w:p>
        </w:tc>
        <w:tc>
          <w:tcPr>
            <w:tcW w:w="2244" w:type="dxa"/>
          </w:tcPr>
          <w:p w14:paraId="50797897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Хотынский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р-н,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Карявенец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</w:t>
            </w:r>
          </w:p>
        </w:tc>
      </w:tr>
      <w:tr w:rsidR="00886147" w:rsidRPr="00BB23E9" w14:paraId="5C6BFFDA" w14:textId="77777777" w:rsidTr="00BB23E9">
        <w:tc>
          <w:tcPr>
            <w:tcW w:w="675" w:type="dxa"/>
          </w:tcPr>
          <w:p w14:paraId="2331A4E7" w14:textId="77777777" w:rsidR="00886147" w:rsidRDefault="00000000">
            <w:r>
              <w:rPr>
                <w:rFonts w:ascii="Arial" w:hAnsi="Arial"/>
                <w:sz w:val="19"/>
              </w:rPr>
              <w:t>38</w:t>
            </w:r>
          </w:p>
        </w:tc>
        <w:tc>
          <w:tcPr>
            <w:tcW w:w="1669" w:type="dxa"/>
          </w:tcPr>
          <w:p w14:paraId="428FFAAC" w14:textId="77777777" w:rsidR="00886147" w:rsidRDefault="00000000">
            <w:r>
              <w:rPr>
                <w:rFonts w:ascii="Arial" w:hAnsi="Arial"/>
                <w:sz w:val="19"/>
              </w:rPr>
              <w:t>Бобриков Виктор Антонович</w:t>
            </w:r>
          </w:p>
        </w:tc>
        <w:tc>
          <w:tcPr>
            <w:tcW w:w="1196" w:type="dxa"/>
          </w:tcPr>
          <w:p w14:paraId="289080A3" w14:textId="77777777" w:rsidR="00886147" w:rsidRDefault="00000000">
            <w:r>
              <w:rPr>
                <w:rFonts w:ascii="Arial" w:hAnsi="Arial"/>
                <w:sz w:val="19"/>
              </w:rPr>
              <w:t>15.03.1909</w:t>
            </w:r>
          </w:p>
        </w:tc>
        <w:tc>
          <w:tcPr>
            <w:tcW w:w="2244" w:type="dxa"/>
          </w:tcPr>
          <w:p w14:paraId="4AA3B31F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 Беларусь, Могилевская обл., Чаусский р-н,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Граболово</w:t>
            </w:r>
            <w:proofErr w:type="spellEnd"/>
          </w:p>
        </w:tc>
        <w:tc>
          <w:tcPr>
            <w:tcW w:w="2311" w:type="dxa"/>
          </w:tcPr>
          <w:p w14:paraId="051B982A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рядовой</w:t>
            </w:r>
            <w:proofErr w:type="spellEnd"/>
          </w:p>
        </w:tc>
        <w:tc>
          <w:tcPr>
            <w:tcW w:w="1669" w:type="dxa"/>
          </w:tcPr>
          <w:p w14:paraId="0EA925F4" w14:textId="77777777" w:rsidR="00886147" w:rsidRDefault="00886147"/>
        </w:tc>
        <w:tc>
          <w:tcPr>
            <w:tcW w:w="2703" w:type="dxa"/>
          </w:tcPr>
          <w:p w14:paraId="0A21B8F1" w14:textId="77777777" w:rsidR="00886147" w:rsidRDefault="00000000">
            <w:r>
              <w:rPr>
                <w:rFonts w:ascii="Arial" w:hAnsi="Arial"/>
                <w:sz w:val="19"/>
              </w:rPr>
              <w:t>Говаровская Татьяна</w:t>
            </w:r>
          </w:p>
        </w:tc>
        <w:tc>
          <w:tcPr>
            <w:tcW w:w="2244" w:type="dxa"/>
          </w:tcPr>
          <w:p w14:paraId="4AC0AAF9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Чаусский р-н,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Граболово</w:t>
            </w:r>
            <w:proofErr w:type="spellEnd"/>
          </w:p>
        </w:tc>
      </w:tr>
      <w:tr w:rsidR="00886147" w:rsidRPr="00BB23E9" w14:paraId="3E794DDE" w14:textId="77777777" w:rsidTr="00BB23E9">
        <w:tc>
          <w:tcPr>
            <w:tcW w:w="675" w:type="dxa"/>
          </w:tcPr>
          <w:p w14:paraId="36432F87" w14:textId="77777777" w:rsidR="00886147" w:rsidRDefault="00000000">
            <w:r>
              <w:rPr>
                <w:rFonts w:ascii="Arial" w:hAnsi="Arial"/>
                <w:sz w:val="19"/>
              </w:rPr>
              <w:t>39</w:t>
            </w:r>
          </w:p>
        </w:tc>
        <w:tc>
          <w:tcPr>
            <w:tcW w:w="1669" w:type="dxa"/>
          </w:tcPr>
          <w:p w14:paraId="4A832602" w14:textId="77777777" w:rsidR="00886147" w:rsidRDefault="00000000">
            <w:r>
              <w:rPr>
                <w:rFonts w:ascii="Arial" w:hAnsi="Arial"/>
                <w:sz w:val="19"/>
              </w:rPr>
              <w:t>Ратков Алексей Никитович</w:t>
            </w:r>
          </w:p>
        </w:tc>
        <w:tc>
          <w:tcPr>
            <w:tcW w:w="1196" w:type="dxa"/>
          </w:tcPr>
          <w:p w14:paraId="2455FE02" w14:textId="77777777" w:rsidR="00886147" w:rsidRDefault="00000000">
            <w:r>
              <w:rPr>
                <w:rFonts w:ascii="Arial" w:hAnsi="Arial"/>
                <w:sz w:val="19"/>
              </w:rPr>
              <w:t>20.10.1920</w:t>
            </w:r>
          </w:p>
        </w:tc>
        <w:tc>
          <w:tcPr>
            <w:tcW w:w="2244" w:type="dxa"/>
          </w:tcPr>
          <w:p w14:paraId="11FE600E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Чаусский р-н, д. Каменка </w:t>
            </w:r>
          </w:p>
        </w:tc>
        <w:tc>
          <w:tcPr>
            <w:tcW w:w="2311" w:type="dxa"/>
          </w:tcPr>
          <w:p w14:paraId="66B7BDF1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красноармеец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1669" w:type="dxa"/>
          </w:tcPr>
          <w:p w14:paraId="31FEC3FB" w14:textId="77777777" w:rsidR="00886147" w:rsidRDefault="00886147"/>
        </w:tc>
        <w:tc>
          <w:tcPr>
            <w:tcW w:w="2703" w:type="dxa"/>
          </w:tcPr>
          <w:p w14:paraId="15B15093" w14:textId="77777777" w:rsidR="00886147" w:rsidRDefault="00886147"/>
        </w:tc>
        <w:tc>
          <w:tcPr>
            <w:tcW w:w="2244" w:type="dxa"/>
          </w:tcPr>
          <w:p w14:paraId="4E6CC974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Чаусский р-н, д. Каменка </w:t>
            </w:r>
          </w:p>
        </w:tc>
      </w:tr>
      <w:tr w:rsidR="00886147" w14:paraId="2F9E7902" w14:textId="77777777" w:rsidTr="00BB23E9">
        <w:tc>
          <w:tcPr>
            <w:tcW w:w="675" w:type="dxa"/>
          </w:tcPr>
          <w:p w14:paraId="4EAD189C" w14:textId="77777777" w:rsidR="00886147" w:rsidRDefault="00000000">
            <w:r>
              <w:rPr>
                <w:rFonts w:ascii="Arial" w:hAnsi="Arial"/>
                <w:sz w:val="19"/>
              </w:rPr>
              <w:t>40</w:t>
            </w:r>
          </w:p>
        </w:tc>
        <w:tc>
          <w:tcPr>
            <w:tcW w:w="1669" w:type="dxa"/>
          </w:tcPr>
          <w:p w14:paraId="61960624" w14:textId="77777777" w:rsidR="00886147" w:rsidRDefault="00000000">
            <w:r>
              <w:rPr>
                <w:rFonts w:ascii="Arial" w:hAnsi="Arial"/>
                <w:sz w:val="19"/>
              </w:rPr>
              <w:t>Цариков Владимир Иванович</w:t>
            </w:r>
          </w:p>
        </w:tc>
        <w:tc>
          <w:tcPr>
            <w:tcW w:w="1196" w:type="dxa"/>
          </w:tcPr>
          <w:p w14:paraId="53767B61" w14:textId="77777777" w:rsidR="00886147" w:rsidRDefault="00000000">
            <w:r>
              <w:rPr>
                <w:rFonts w:ascii="Arial" w:hAnsi="Arial"/>
                <w:sz w:val="19"/>
              </w:rPr>
              <w:t>12.04.1919</w:t>
            </w:r>
          </w:p>
        </w:tc>
        <w:tc>
          <w:tcPr>
            <w:tcW w:w="2244" w:type="dxa"/>
          </w:tcPr>
          <w:p w14:paraId="03680C16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дер.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Самодумовка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>, Могилевская область, Беларусь</w:t>
            </w:r>
          </w:p>
        </w:tc>
        <w:tc>
          <w:tcPr>
            <w:tcW w:w="2311" w:type="dxa"/>
          </w:tcPr>
          <w:p w14:paraId="49A46549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сержант</w:t>
            </w:r>
            <w:proofErr w:type="spellEnd"/>
          </w:p>
        </w:tc>
        <w:tc>
          <w:tcPr>
            <w:tcW w:w="1669" w:type="dxa"/>
          </w:tcPr>
          <w:p w14:paraId="42CE6B53" w14:textId="77777777" w:rsidR="00886147" w:rsidRDefault="00886147"/>
        </w:tc>
        <w:tc>
          <w:tcPr>
            <w:tcW w:w="2703" w:type="dxa"/>
          </w:tcPr>
          <w:p w14:paraId="03F825C6" w14:textId="77777777" w:rsidR="00886147" w:rsidRDefault="00000000">
            <w:r>
              <w:rPr>
                <w:rFonts w:ascii="Arial" w:hAnsi="Arial"/>
                <w:sz w:val="19"/>
              </w:rPr>
              <w:t>Царикова М.</w:t>
            </w:r>
          </w:p>
        </w:tc>
        <w:tc>
          <w:tcPr>
            <w:tcW w:w="2244" w:type="dxa"/>
          </w:tcPr>
          <w:p w14:paraId="61CDCF81" w14:textId="77777777" w:rsidR="00886147" w:rsidRDefault="00000000"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область,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Белынецкий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район, дер. </w:t>
            </w:r>
            <w:proofErr w:type="spellStart"/>
            <w:r>
              <w:rPr>
                <w:rFonts w:ascii="Arial" w:hAnsi="Arial"/>
                <w:sz w:val="19"/>
              </w:rPr>
              <w:t>Самодумовка</w:t>
            </w:r>
            <w:proofErr w:type="spellEnd"/>
          </w:p>
        </w:tc>
      </w:tr>
      <w:tr w:rsidR="00886147" w:rsidRPr="00BB23E9" w14:paraId="237A0029" w14:textId="77777777" w:rsidTr="00BB23E9">
        <w:tc>
          <w:tcPr>
            <w:tcW w:w="675" w:type="dxa"/>
          </w:tcPr>
          <w:p w14:paraId="6D94FFD7" w14:textId="77777777" w:rsidR="00886147" w:rsidRDefault="00000000">
            <w:r>
              <w:rPr>
                <w:rFonts w:ascii="Arial" w:hAnsi="Arial"/>
                <w:sz w:val="19"/>
              </w:rPr>
              <w:t>41</w:t>
            </w:r>
          </w:p>
        </w:tc>
        <w:tc>
          <w:tcPr>
            <w:tcW w:w="1669" w:type="dxa"/>
          </w:tcPr>
          <w:p w14:paraId="0827CB34" w14:textId="77777777" w:rsidR="00886147" w:rsidRDefault="00000000">
            <w:r>
              <w:rPr>
                <w:rFonts w:ascii="Arial" w:hAnsi="Arial"/>
                <w:sz w:val="19"/>
              </w:rPr>
              <w:t>Голиков Алексей</w:t>
            </w:r>
          </w:p>
        </w:tc>
        <w:tc>
          <w:tcPr>
            <w:tcW w:w="1196" w:type="dxa"/>
          </w:tcPr>
          <w:p w14:paraId="79AB332C" w14:textId="77777777" w:rsidR="00886147" w:rsidRDefault="00000000">
            <w:r>
              <w:rPr>
                <w:rFonts w:ascii="Arial" w:hAnsi="Arial"/>
                <w:sz w:val="19"/>
              </w:rPr>
              <w:t>10.05.1906</w:t>
            </w:r>
          </w:p>
        </w:tc>
        <w:tc>
          <w:tcPr>
            <w:tcW w:w="2244" w:type="dxa"/>
          </w:tcPr>
          <w:p w14:paraId="37D72269" w14:textId="77777777" w:rsidR="00886147" w:rsidRDefault="00886147"/>
        </w:tc>
        <w:tc>
          <w:tcPr>
            <w:tcW w:w="2311" w:type="dxa"/>
          </w:tcPr>
          <w:p w14:paraId="534FE0B3" w14:textId="77777777" w:rsidR="00886147" w:rsidRDefault="00000000">
            <w:r>
              <w:rPr>
                <w:rFonts w:ascii="Arial" w:hAnsi="Arial"/>
                <w:sz w:val="19"/>
              </w:rPr>
              <w:t>ст.лейтенант</w:t>
            </w:r>
          </w:p>
        </w:tc>
        <w:tc>
          <w:tcPr>
            <w:tcW w:w="1669" w:type="dxa"/>
          </w:tcPr>
          <w:p w14:paraId="3A6C029A" w14:textId="77777777" w:rsidR="00886147" w:rsidRDefault="00886147"/>
        </w:tc>
        <w:tc>
          <w:tcPr>
            <w:tcW w:w="2703" w:type="dxa"/>
          </w:tcPr>
          <w:p w14:paraId="5CACA409" w14:textId="77777777" w:rsidR="00886147" w:rsidRDefault="00000000">
            <w:r>
              <w:rPr>
                <w:rFonts w:ascii="Arial" w:hAnsi="Arial"/>
                <w:sz w:val="19"/>
              </w:rPr>
              <w:t>Красовская Юлия Петровна</w:t>
            </w:r>
          </w:p>
        </w:tc>
        <w:tc>
          <w:tcPr>
            <w:tcW w:w="2244" w:type="dxa"/>
          </w:tcPr>
          <w:p w14:paraId="661DE228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область, Быковский район, </w:t>
            </w:r>
            <w:proofErr w:type="spellStart"/>
            <w:proofErr w:type="gramStart"/>
            <w:r w:rsidRPr="00BB23E9">
              <w:rPr>
                <w:rFonts w:ascii="Arial" w:hAnsi="Arial"/>
                <w:sz w:val="19"/>
                <w:lang w:val="ru-RU"/>
              </w:rPr>
              <w:t>дер.Коровчино</w:t>
            </w:r>
            <w:proofErr w:type="spellEnd"/>
            <w:proofErr w:type="gramEnd"/>
          </w:p>
        </w:tc>
      </w:tr>
      <w:tr w:rsidR="00886147" w14:paraId="06E20C8B" w14:textId="77777777" w:rsidTr="00BB23E9">
        <w:tc>
          <w:tcPr>
            <w:tcW w:w="675" w:type="dxa"/>
          </w:tcPr>
          <w:p w14:paraId="1A64E064" w14:textId="77777777" w:rsidR="00886147" w:rsidRDefault="00000000">
            <w:r>
              <w:rPr>
                <w:rFonts w:ascii="Arial" w:hAnsi="Arial"/>
                <w:sz w:val="19"/>
              </w:rPr>
              <w:t>42</w:t>
            </w:r>
          </w:p>
        </w:tc>
        <w:tc>
          <w:tcPr>
            <w:tcW w:w="1669" w:type="dxa"/>
          </w:tcPr>
          <w:p w14:paraId="2B011859" w14:textId="77777777" w:rsidR="00886147" w:rsidRDefault="00000000">
            <w:r>
              <w:rPr>
                <w:rFonts w:ascii="Arial" w:hAnsi="Arial"/>
                <w:sz w:val="19"/>
              </w:rPr>
              <w:t>Чушкин Тихон Прокофьевич</w:t>
            </w:r>
          </w:p>
        </w:tc>
        <w:tc>
          <w:tcPr>
            <w:tcW w:w="1196" w:type="dxa"/>
          </w:tcPr>
          <w:p w14:paraId="640FD4C3" w14:textId="77777777" w:rsidR="00886147" w:rsidRDefault="00000000">
            <w:r>
              <w:rPr>
                <w:rFonts w:ascii="Arial" w:hAnsi="Arial"/>
                <w:sz w:val="19"/>
              </w:rPr>
              <w:t>1912</w:t>
            </w:r>
          </w:p>
        </w:tc>
        <w:tc>
          <w:tcPr>
            <w:tcW w:w="2244" w:type="dxa"/>
          </w:tcPr>
          <w:p w14:paraId="4E623327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дер.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Ректа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>, Могилевская область, Белоруссия</w:t>
            </w:r>
          </w:p>
        </w:tc>
        <w:tc>
          <w:tcPr>
            <w:tcW w:w="2311" w:type="dxa"/>
          </w:tcPr>
          <w:p w14:paraId="285131BE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красноармеец</w:t>
            </w:r>
            <w:proofErr w:type="spellEnd"/>
          </w:p>
        </w:tc>
        <w:tc>
          <w:tcPr>
            <w:tcW w:w="1669" w:type="dxa"/>
          </w:tcPr>
          <w:p w14:paraId="4DEDFFF1" w14:textId="77777777" w:rsidR="00886147" w:rsidRDefault="00886147"/>
        </w:tc>
        <w:tc>
          <w:tcPr>
            <w:tcW w:w="2703" w:type="dxa"/>
          </w:tcPr>
          <w:p w14:paraId="3E80AA0D" w14:textId="77777777" w:rsidR="00886147" w:rsidRDefault="00000000">
            <w:r>
              <w:rPr>
                <w:rFonts w:ascii="Arial" w:hAnsi="Arial"/>
                <w:sz w:val="19"/>
              </w:rPr>
              <w:t>Чушкина Улита Ивановна</w:t>
            </w:r>
          </w:p>
        </w:tc>
        <w:tc>
          <w:tcPr>
            <w:tcW w:w="2244" w:type="dxa"/>
          </w:tcPr>
          <w:p w14:paraId="690884F8" w14:textId="77777777" w:rsidR="00886147" w:rsidRDefault="00000000"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область, Горецкий район, дер. </w:t>
            </w:r>
            <w:proofErr w:type="spellStart"/>
            <w:r>
              <w:rPr>
                <w:rFonts w:ascii="Arial" w:hAnsi="Arial"/>
                <w:sz w:val="19"/>
              </w:rPr>
              <w:t>Ректа</w:t>
            </w:r>
            <w:proofErr w:type="spellEnd"/>
          </w:p>
        </w:tc>
      </w:tr>
      <w:tr w:rsidR="00886147" w:rsidRPr="00BB23E9" w14:paraId="0C4ED2FD" w14:textId="77777777" w:rsidTr="00BB23E9">
        <w:tc>
          <w:tcPr>
            <w:tcW w:w="675" w:type="dxa"/>
          </w:tcPr>
          <w:p w14:paraId="2907D9EF" w14:textId="77777777" w:rsidR="00886147" w:rsidRDefault="00000000">
            <w:r>
              <w:rPr>
                <w:rFonts w:ascii="Arial" w:hAnsi="Arial"/>
                <w:sz w:val="19"/>
              </w:rPr>
              <w:t>43</w:t>
            </w:r>
          </w:p>
        </w:tc>
        <w:tc>
          <w:tcPr>
            <w:tcW w:w="1669" w:type="dxa"/>
          </w:tcPr>
          <w:p w14:paraId="2D406A76" w14:textId="77777777" w:rsidR="00886147" w:rsidRDefault="00000000">
            <w:r>
              <w:rPr>
                <w:rFonts w:ascii="Arial" w:hAnsi="Arial"/>
                <w:sz w:val="19"/>
              </w:rPr>
              <w:t>Филиппов Николай Иванович</w:t>
            </w:r>
          </w:p>
        </w:tc>
        <w:tc>
          <w:tcPr>
            <w:tcW w:w="1196" w:type="dxa"/>
          </w:tcPr>
          <w:p w14:paraId="1B40F308" w14:textId="77777777" w:rsidR="00886147" w:rsidRDefault="00000000">
            <w:r>
              <w:rPr>
                <w:rFonts w:ascii="Arial" w:hAnsi="Arial"/>
                <w:sz w:val="19"/>
              </w:rPr>
              <w:t>24.01.1895</w:t>
            </w:r>
          </w:p>
        </w:tc>
        <w:tc>
          <w:tcPr>
            <w:tcW w:w="2244" w:type="dxa"/>
          </w:tcPr>
          <w:p w14:paraId="25B83C4B" w14:textId="77777777" w:rsidR="00886147" w:rsidRDefault="00886147"/>
        </w:tc>
        <w:tc>
          <w:tcPr>
            <w:tcW w:w="2311" w:type="dxa"/>
          </w:tcPr>
          <w:p w14:paraId="27EDE08A" w14:textId="77777777" w:rsidR="00886147" w:rsidRDefault="00000000">
            <w:r>
              <w:rPr>
                <w:rFonts w:ascii="Arial" w:hAnsi="Arial"/>
                <w:sz w:val="19"/>
              </w:rPr>
              <w:t>красноармеец/рядовой, 6 рабоч. бат.</w:t>
            </w:r>
          </w:p>
        </w:tc>
        <w:tc>
          <w:tcPr>
            <w:tcW w:w="1669" w:type="dxa"/>
          </w:tcPr>
          <w:p w14:paraId="6BCBD90F" w14:textId="77777777" w:rsidR="00886147" w:rsidRDefault="00886147"/>
        </w:tc>
        <w:tc>
          <w:tcPr>
            <w:tcW w:w="2703" w:type="dxa"/>
          </w:tcPr>
          <w:p w14:paraId="065306DE" w14:textId="77777777" w:rsidR="00886147" w:rsidRDefault="00000000">
            <w:r>
              <w:rPr>
                <w:rFonts w:ascii="Arial" w:hAnsi="Arial"/>
                <w:sz w:val="19"/>
              </w:rPr>
              <w:t>Филиппова Анна Адамовна</w:t>
            </w:r>
          </w:p>
        </w:tc>
        <w:tc>
          <w:tcPr>
            <w:tcW w:w="2244" w:type="dxa"/>
          </w:tcPr>
          <w:p w14:paraId="3A3B3436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Беларусь, Могилевская область, Могилевский район, с. Лужки</w:t>
            </w:r>
          </w:p>
        </w:tc>
      </w:tr>
      <w:tr w:rsidR="00886147" w:rsidRPr="00BB23E9" w14:paraId="3417FB65" w14:textId="77777777" w:rsidTr="00BB23E9">
        <w:tc>
          <w:tcPr>
            <w:tcW w:w="675" w:type="dxa"/>
          </w:tcPr>
          <w:p w14:paraId="4700DF72" w14:textId="77777777" w:rsidR="00886147" w:rsidRDefault="00000000">
            <w:r>
              <w:rPr>
                <w:rFonts w:ascii="Arial" w:hAnsi="Arial"/>
                <w:sz w:val="19"/>
              </w:rPr>
              <w:t>44</w:t>
            </w:r>
          </w:p>
        </w:tc>
        <w:tc>
          <w:tcPr>
            <w:tcW w:w="1669" w:type="dxa"/>
          </w:tcPr>
          <w:p w14:paraId="0788E059" w14:textId="77777777" w:rsidR="00886147" w:rsidRDefault="00000000">
            <w:r>
              <w:rPr>
                <w:rFonts w:ascii="Arial" w:hAnsi="Arial"/>
                <w:sz w:val="19"/>
              </w:rPr>
              <w:t>Асот-Широкопыт Леонид Степанович</w:t>
            </w:r>
          </w:p>
        </w:tc>
        <w:tc>
          <w:tcPr>
            <w:tcW w:w="1196" w:type="dxa"/>
          </w:tcPr>
          <w:p w14:paraId="29137832" w14:textId="77777777" w:rsidR="00886147" w:rsidRDefault="00000000">
            <w:r>
              <w:rPr>
                <w:rFonts w:ascii="Arial" w:hAnsi="Arial"/>
                <w:sz w:val="19"/>
              </w:rPr>
              <w:t>03.03.1914</w:t>
            </w:r>
          </w:p>
        </w:tc>
        <w:tc>
          <w:tcPr>
            <w:tcW w:w="2244" w:type="dxa"/>
          </w:tcPr>
          <w:p w14:paraId="6AF6E30A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БССР, Могилёвская обл., Березинский р-н, Мартино</w:t>
            </w:r>
          </w:p>
        </w:tc>
        <w:tc>
          <w:tcPr>
            <w:tcW w:w="2311" w:type="dxa"/>
          </w:tcPr>
          <w:p w14:paraId="1C70DE69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младший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sz w:val="19"/>
              </w:rPr>
              <w:t>лейтенант</w:t>
            </w:r>
            <w:proofErr w:type="spellEnd"/>
          </w:p>
        </w:tc>
        <w:tc>
          <w:tcPr>
            <w:tcW w:w="1669" w:type="dxa"/>
          </w:tcPr>
          <w:p w14:paraId="31112BA7" w14:textId="77777777" w:rsidR="00886147" w:rsidRDefault="00000000">
            <w:r>
              <w:rPr>
                <w:rFonts w:ascii="Arial" w:hAnsi="Arial"/>
                <w:sz w:val="19"/>
              </w:rPr>
              <w:t>Минский ОВК</w:t>
            </w:r>
          </w:p>
        </w:tc>
        <w:tc>
          <w:tcPr>
            <w:tcW w:w="2703" w:type="dxa"/>
          </w:tcPr>
          <w:p w14:paraId="7AC46069" w14:textId="77777777" w:rsidR="00886147" w:rsidRDefault="00000000">
            <w:r>
              <w:rPr>
                <w:rFonts w:ascii="Arial" w:hAnsi="Arial"/>
                <w:sz w:val="19"/>
              </w:rPr>
              <w:t>Степан Широкопыт</w:t>
            </w:r>
          </w:p>
        </w:tc>
        <w:tc>
          <w:tcPr>
            <w:tcW w:w="2244" w:type="dxa"/>
          </w:tcPr>
          <w:p w14:paraId="5AB38591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БССР, Могилёвская обл., Березинский р-н,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Зелибский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с/с, д. Мартино</w:t>
            </w:r>
          </w:p>
        </w:tc>
      </w:tr>
      <w:tr w:rsidR="00886147" w:rsidRPr="00BB23E9" w14:paraId="187100F4" w14:textId="77777777" w:rsidTr="00BB23E9">
        <w:tc>
          <w:tcPr>
            <w:tcW w:w="675" w:type="dxa"/>
          </w:tcPr>
          <w:p w14:paraId="171424DD" w14:textId="77777777" w:rsidR="00886147" w:rsidRDefault="00000000">
            <w:r>
              <w:rPr>
                <w:rFonts w:ascii="Arial" w:hAnsi="Arial"/>
                <w:sz w:val="19"/>
              </w:rPr>
              <w:t>45</w:t>
            </w:r>
          </w:p>
        </w:tc>
        <w:tc>
          <w:tcPr>
            <w:tcW w:w="1669" w:type="dxa"/>
          </w:tcPr>
          <w:p w14:paraId="7AD6FD96" w14:textId="77777777" w:rsidR="00886147" w:rsidRDefault="00000000">
            <w:r>
              <w:rPr>
                <w:rFonts w:ascii="Arial" w:hAnsi="Arial"/>
                <w:sz w:val="19"/>
              </w:rPr>
              <w:t>Понтаплев Сергей Тимофеевич</w:t>
            </w:r>
          </w:p>
        </w:tc>
        <w:tc>
          <w:tcPr>
            <w:tcW w:w="1196" w:type="dxa"/>
          </w:tcPr>
          <w:p w14:paraId="24CB5263" w14:textId="77777777" w:rsidR="00886147" w:rsidRDefault="00000000">
            <w:r>
              <w:rPr>
                <w:rFonts w:ascii="Arial" w:hAnsi="Arial"/>
                <w:sz w:val="19"/>
              </w:rPr>
              <w:t>1919</w:t>
            </w:r>
          </w:p>
        </w:tc>
        <w:tc>
          <w:tcPr>
            <w:tcW w:w="2244" w:type="dxa"/>
          </w:tcPr>
          <w:p w14:paraId="27247336" w14:textId="77777777" w:rsidR="00886147" w:rsidRDefault="00000000">
            <w:r>
              <w:rPr>
                <w:rFonts w:ascii="Arial" w:hAnsi="Arial"/>
                <w:sz w:val="19"/>
              </w:rPr>
              <w:t>Беларусь, Могилевская область</w:t>
            </w:r>
          </w:p>
        </w:tc>
        <w:tc>
          <w:tcPr>
            <w:tcW w:w="2311" w:type="dxa"/>
          </w:tcPr>
          <w:p w14:paraId="3C64B0E4" w14:textId="77777777" w:rsidR="00886147" w:rsidRDefault="00000000">
            <w:r>
              <w:rPr>
                <w:rFonts w:ascii="Arial" w:hAnsi="Arial"/>
                <w:sz w:val="19"/>
              </w:rPr>
              <w:t>красноармеец/рядовой, 34 ап</w:t>
            </w:r>
          </w:p>
        </w:tc>
        <w:tc>
          <w:tcPr>
            <w:tcW w:w="1669" w:type="dxa"/>
          </w:tcPr>
          <w:p w14:paraId="7DE2DF3C" w14:textId="77777777" w:rsidR="00886147" w:rsidRDefault="00886147"/>
        </w:tc>
        <w:tc>
          <w:tcPr>
            <w:tcW w:w="2703" w:type="dxa"/>
          </w:tcPr>
          <w:p w14:paraId="039AFAC9" w14:textId="77777777" w:rsidR="00886147" w:rsidRDefault="00000000">
            <w:r>
              <w:rPr>
                <w:rFonts w:ascii="Arial" w:hAnsi="Arial"/>
                <w:sz w:val="19"/>
              </w:rPr>
              <w:t>Понтаплев Тимофей</w:t>
            </w:r>
          </w:p>
        </w:tc>
        <w:tc>
          <w:tcPr>
            <w:tcW w:w="2244" w:type="dxa"/>
          </w:tcPr>
          <w:p w14:paraId="6B939967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Беларусь, Могилевская область, Шкловский район, г. Могилев</w:t>
            </w:r>
          </w:p>
        </w:tc>
      </w:tr>
      <w:tr w:rsidR="00886147" w:rsidRPr="00BB23E9" w14:paraId="1CCB867C" w14:textId="77777777" w:rsidTr="00BB23E9">
        <w:tc>
          <w:tcPr>
            <w:tcW w:w="675" w:type="dxa"/>
          </w:tcPr>
          <w:p w14:paraId="423E3FEC" w14:textId="77777777" w:rsidR="00886147" w:rsidRDefault="00000000">
            <w:r>
              <w:rPr>
                <w:rFonts w:ascii="Arial" w:hAnsi="Arial"/>
                <w:sz w:val="19"/>
              </w:rPr>
              <w:t>46</w:t>
            </w:r>
          </w:p>
        </w:tc>
        <w:tc>
          <w:tcPr>
            <w:tcW w:w="1669" w:type="dxa"/>
          </w:tcPr>
          <w:p w14:paraId="69270BCF" w14:textId="77777777" w:rsidR="00886147" w:rsidRDefault="00000000">
            <w:r>
              <w:rPr>
                <w:rFonts w:ascii="Arial" w:hAnsi="Arial"/>
                <w:sz w:val="19"/>
              </w:rPr>
              <w:t>Вешнивец Иван Тимофеевич</w:t>
            </w:r>
          </w:p>
        </w:tc>
        <w:tc>
          <w:tcPr>
            <w:tcW w:w="1196" w:type="dxa"/>
          </w:tcPr>
          <w:p w14:paraId="19FD048E" w14:textId="77777777" w:rsidR="00886147" w:rsidRDefault="00000000">
            <w:r>
              <w:rPr>
                <w:rFonts w:ascii="Arial" w:hAnsi="Arial"/>
                <w:sz w:val="19"/>
              </w:rPr>
              <w:t>1911</w:t>
            </w:r>
          </w:p>
        </w:tc>
        <w:tc>
          <w:tcPr>
            <w:tcW w:w="2244" w:type="dxa"/>
          </w:tcPr>
          <w:p w14:paraId="1AA474D5" w14:textId="77777777" w:rsidR="00886147" w:rsidRPr="00BB23E9" w:rsidRDefault="00000000">
            <w:pPr>
              <w:rPr>
                <w:lang w:val="ru-RU"/>
              </w:rPr>
            </w:pPr>
            <w:proofErr w:type="gramStart"/>
            <w:r w:rsidRPr="00BB23E9">
              <w:rPr>
                <w:rFonts w:ascii="Arial" w:hAnsi="Arial"/>
                <w:sz w:val="19"/>
                <w:lang w:val="ru-RU"/>
              </w:rPr>
              <w:t>Беларусь,,</w:t>
            </w:r>
            <w:proofErr w:type="gramEnd"/>
            <w:r w:rsidRPr="00BB23E9">
              <w:rPr>
                <w:rFonts w:ascii="Arial" w:hAnsi="Arial"/>
                <w:sz w:val="19"/>
                <w:lang w:val="ru-RU"/>
              </w:rPr>
              <w:t xml:space="preserve"> Могилевская область, Бобруйский район,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Бортниковский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с/с, д. </w:t>
            </w:r>
            <w:r w:rsidRPr="00BB23E9">
              <w:rPr>
                <w:rFonts w:ascii="Arial" w:hAnsi="Arial"/>
                <w:sz w:val="19"/>
                <w:lang w:val="ru-RU"/>
              </w:rPr>
              <w:lastRenderedPageBreak/>
              <w:t>Озёры</w:t>
            </w:r>
          </w:p>
        </w:tc>
        <w:tc>
          <w:tcPr>
            <w:tcW w:w="2311" w:type="dxa"/>
          </w:tcPr>
          <w:p w14:paraId="3222E087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lastRenderedPageBreak/>
              <w:t>рядовой</w:t>
            </w:r>
            <w:proofErr w:type="spellEnd"/>
          </w:p>
        </w:tc>
        <w:tc>
          <w:tcPr>
            <w:tcW w:w="1669" w:type="dxa"/>
          </w:tcPr>
          <w:p w14:paraId="7F0C6A04" w14:textId="77777777" w:rsidR="00886147" w:rsidRDefault="00886147"/>
        </w:tc>
        <w:tc>
          <w:tcPr>
            <w:tcW w:w="2703" w:type="dxa"/>
          </w:tcPr>
          <w:p w14:paraId="1A4C0687" w14:textId="77777777" w:rsidR="00886147" w:rsidRPr="00BB23E9" w:rsidRDefault="00000000">
            <w:pPr>
              <w:rPr>
                <w:lang w:val="ru-RU"/>
              </w:rPr>
            </w:pP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Вешнивец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Надежда Дмитриевна,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Вешнивец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Тимофей - отец, Ярмоленко - дев. фамилия матери</w:t>
            </w:r>
          </w:p>
        </w:tc>
        <w:tc>
          <w:tcPr>
            <w:tcW w:w="2244" w:type="dxa"/>
          </w:tcPr>
          <w:p w14:paraId="71A3323F" w14:textId="77777777" w:rsidR="00886147" w:rsidRPr="00BB23E9" w:rsidRDefault="00000000">
            <w:pPr>
              <w:rPr>
                <w:lang w:val="ru-RU"/>
              </w:rPr>
            </w:pPr>
            <w:proofErr w:type="gramStart"/>
            <w:r w:rsidRPr="00BB23E9">
              <w:rPr>
                <w:rFonts w:ascii="Arial" w:hAnsi="Arial"/>
                <w:sz w:val="19"/>
                <w:lang w:val="ru-RU"/>
              </w:rPr>
              <w:t>Беларусь,,</w:t>
            </w:r>
            <w:proofErr w:type="gramEnd"/>
            <w:r w:rsidRPr="00BB23E9">
              <w:rPr>
                <w:rFonts w:ascii="Arial" w:hAnsi="Arial"/>
                <w:sz w:val="19"/>
                <w:lang w:val="ru-RU"/>
              </w:rPr>
              <w:t xml:space="preserve"> Могилевская область, Бобруйский район,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Бортниковский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с/с, д. </w:t>
            </w:r>
            <w:r w:rsidRPr="00BB23E9">
              <w:rPr>
                <w:rFonts w:ascii="Arial" w:hAnsi="Arial"/>
                <w:sz w:val="19"/>
                <w:lang w:val="ru-RU"/>
              </w:rPr>
              <w:lastRenderedPageBreak/>
              <w:t>Озёры</w:t>
            </w:r>
          </w:p>
        </w:tc>
      </w:tr>
      <w:tr w:rsidR="00886147" w:rsidRPr="00BB23E9" w14:paraId="7F255312" w14:textId="77777777" w:rsidTr="00BB23E9">
        <w:tc>
          <w:tcPr>
            <w:tcW w:w="675" w:type="dxa"/>
          </w:tcPr>
          <w:p w14:paraId="46F31698" w14:textId="77777777" w:rsidR="00886147" w:rsidRDefault="00000000">
            <w:r>
              <w:rPr>
                <w:rFonts w:ascii="Arial" w:hAnsi="Arial"/>
                <w:sz w:val="19"/>
              </w:rPr>
              <w:lastRenderedPageBreak/>
              <w:t>47</w:t>
            </w:r>
          </w:p>
        </w:tc>
        <w:tc>
          <w:tcPr>
            <w:tcW w:w="1669" w:type="dxa"/>
          </w:tcPr>
          <w:p w14:paraId="76B68CFF" w14:textId="77777777" w:rsidR="00886147" w:rsidRDefault="00000000">
            <w:r>
              <w:rPr>
                <w:rFonts w:ascii="Arial" w:hAnsi="Arial"/>
                <w:sz w:val="19"/>
              </w:rPr>
              <w:t>Орловский Михаил Иванович</w:t>
            </w:r>
          </w:p>
        </w:tc>
        <w:tc>
          <w:tcPr>
            <w:tcW w:w="1196" w:type="dxa"/>
          </w:tcPr>
          <w:p w14:paraId="544C134A" w14:textId="77777777" w:rsidR="00886147" w:rsidRDefault="00000000">
            <w:r>
              <w:rPr>
                <w:rFonts w:ascii="Arial" w:hAnsi="Arial"/>
                <w:sz w:val="19"/>
              </w:rPr>
              <w:t>01.11.1903</w:t>
            </w:r>
          </w:p>
        </w:tc>
        <w:tc>
          <w:tcPr>
            <w:tcW w:w="2244" w:type="dxa"/>
          </w:tcPr>
          <w:p w14:paraId="058CD315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г.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Белиничи</w:t>
            </w:r>
            <w:proofErr w:type="spellEnd"/>
          </w:p>
        </w:tc>
        <w:tc>
          <w:tcPr>
            <w:tcW w:w="2311" w:type="dxa"/>
          </w:tcPr>
          <w:p w14:paraId="068A6DE7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ветврач</w:t>
            </w:r>
            <w:proofErr w:type="spellEnd"/>
            <w:r>
              <w:rPr>
                <w:rFonts w:ascii="Arial" w:hAnsi="Arial"/>
                <w:sz w:val="19"/>
              </w:rPr>
              <w:t xml:space="preserve"> 3 </w:t>
            </w:r>
            <w:proofErr w:type="spellStart"/>
            <w:r>
              <w:rPr>
                <w:rFonts w:ascii="Arial" w:hAnsi="Arial"/>
                <w:sz w:val="19"/>
              </w:rPr>
              <w:t>ранга</w:t>
            </w:r>
            <w:proofErr w:type="spellEnd"/>
            <w:r>
              <w:rPr>
                <w:rFonts w:ascii="Arial" w:hAnsi="Arial"/>
                <w:sz w:val="19"/>
              </w:rPr>
              <w:t xml:space="preserve">, 444 </w:t>
            </w:r>
            <w:proofErr w:type="spellStart"/>
            <w:r>
              <w:rPr>
                <w:rFonts w:ascii="Arial" w:hAnsi="Arial"/>
                <w:sz w:val="19"/>
              </w:rPr>
              <w:t>сп</w:t>
            </w:r>
            <w:proofErr w:type="spellEnd"/>
          </w:p>
        </w:tc>
        <w:tc>
          <w:tcPr>
            <w:tcW w:w="1669" w:type="dxa"/>
          </w:tcPr>
          <w:p w14:paraId="07A6DCE9" w14:textId="77777777" w:rsidR="00886147" w:rsidRDefault="00886147"/>
        </w:tc>
        <w:tc>
          <w:tcPr>
            <w:tcW w:w="2703" w:type="dxa"/>
          </w:tcPr>
          <w:p w14:paraId="27758DA5" w14:textId="77777777" w:rsidR="00886147" w:rsidRDefault="00000000">
            <w:r>
              <w:rPr>
                <w:rFonts w:ascii="Arial" w:hAnsi="Arial"/>
                <w:sz w:val="19"/>
              </w:rPr>
              <w:t>Орловский Иван</w:t>
            </w:r>
          </w:p>
        </w:tc>
        <w:tc>
          <w:tcPr>
            <w:tcW w:w="2244" w:type="dxa"/>
          </w:tcPr>
          <w:p w14:paraId="63C7B2DA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Беларусь. Могилевская обл., г.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Белиничи</w:t>
            </w:r>
            <w:proofErr w:type="spellEnd"/>
          </w:p>
        </w:tc>
      </w:tr>
      <w:tr w:rsidR="00886147" w:rsidRPr="00BB23E9" w14:paraId="4F6181AA" w14:textId="77777777" w:rsidTr="00BB23E9">
        <w:tc>
          <w:tcPr>
            <w:tcW w:w="675" w:type="dxa"/>
          </w:tcPr>
          <w:p w14:paraId="55F0DFBC" w14:textId="77777777" w:rsidR="00886147" w:rsidRDefault="00000000">
            <w:r>
              <w:rPr>
                <w:rFonts w:ascii="Arial" w:hAnsi="Arial"/>
                <w:sz w:val="19"/>
              </w:rPr>
              <w:t>48</w:t>
            </w:r>
          </w:p>
        </w:tc>
        <w:tc>
          <w:tcPr>
            <w:tcW w:w="1669" w:type="dxa"/>
          </w:tcPr>
          <w:p w14:paraId="14C4156D" w14:textId="77777777" w:rsidR="00886147" w:rsidRDefault="00000000">
            <w:r>
              <w:rPr>
                <w:rFonts w:ascii="Arial" w:hAnsi="Arial"/>
                <w:sz w:val="19"/>
              </w:rPr>
              <w:t>Козаченко Архип</w:t>
            </w:r>
          </w:p>
        </w:tc>
        <w:tc>
          <w:tcPr>
            <w:tcW w:w="1196" w:type="dxa"/>
          </w:tcPr>
          <w:p w14:paraId="4176C02D" w14:textId="77777777" w:rsidR="00886147" w:rsidRDefault="00000000">
            <w:r>
              <w:rPr>
                <w:rFonts w:ascii="Arial" w:hAnsi="Arial"/>
                <w:sz w:val="19"/>
              </w:rPr>
              <w:t>1894</w:t>
            </w:r>
          </w:p>
        </w:tc>
        <w:tc>
          <w:tcPr>
            <w:tcW w:w="2244" w:type="dxa"/>
          </w:tcPr>
          <w:p w14:paraId="03B7666D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БССР Могилевская область деревня Устье</w:t>
            </w:r>
          </w:p>
        </w:tc>
        <w:tc>
          <w:tcPr>
            <w:tcW w:w="2311" w:type="dxa"/>
          </w:tcPr>
          <w:p w14:paraId="2DE1228A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солдат</w:t>
            </w:r>
            <w:proofErr w:type="spellEnd"/>
          </w:p>
        </w:tc>
        <w:tc>
          <w:tcPr>
            <w:tcW w:w="1669" w:type="dxa"/>
          </w:tcPr>
          <w:p w14:paraId="30F6D1CA" w14:textId="77777777" w:rsidR="00886147" w:rsidRDefault="00886147"/>
        </w:tc>
        <w:tc>
          <w:tcPr>
            <w:tcW w:w="2703" w:type="dxa"/>
          </w:tcPr>
          <w:p w14:paraId="07DAFB11" w14:textId="77777777" w:rsidR="00886147" w:rsidRDefault="00886147"/>
        </w:tc>
        <w:tc>
          <w:tcPr>
            <w:tcW w:w="2244" w:type="dxa"/>
          </w:tcPr>
          <w:p w14:paraId="76DE75FE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БССР Могилевская область деревня Устье</w:t>
            </w:r>
          </w:p>
        </w:tc>
      </w:tr>
      <w:tr w:rsidR="00886147" w:rsidRPr="00BB23E9" w14:paraId="56B744EF" w14:textId="77777777" w:rsidTr="00BB23E9">
        <w:tc>
          <w:tcPr>
            <w:tcW w:w="675" w:type="dxa"/>
          </w:tcPr>
          <w:p w14:paraId="6AB84247" w14:textId="77777777" w:rsidR="00886147" w:rsidRDefault="00000000">
            <w:r>
              <w:rPr>
                <w:rFonts w:ascii="Arial" w:hAnsi="Arial"/>
                <w:sz w:val="19"/>
              </w:rPr>
              <w:t>49</w:t>
            </w:r>
          </w:p>
        </w:tc>
        <w:tc>
          <w:tcPr>
            <w:tcW w:w="1669" w:type="dxa"/>
          </w:tcPr>
          <w:p w14:paraId="39D390BC" w14:textId="77777777" w:rsidR="00886147" w:rsidRDefault="00000000">
            <w:r>
              <w:rPr>
                <w:rFonts w:ascii="Arial" w:hAnsi="Arial"/>
                <w:sz w:val="19"/>
              </w:rPr>
              <w:t>Борисюк Прокофий Прокофьевич</w:t>
            </w:r>
          </w:p>
        </w:tc>
        <w:tc>
          <w:tcPr>
            <w:tcW w:w="1196" w:type="dxa"/>
          </w:tcPr>
          <w:p w14:paraId="04644834" w14:textId="77777777" w:rsidR="00886147" w:rsidRDefault="00000000">
            <w:r>
              <w:rPr>
                <w:rFonts w:ascii="Arial" w:hAnsi="Arial"/>
                <w:sz w:val="19"/>
              </w:rPr>
              <w:t>11.04.1912</w:t>
            </w:r>
          </w:p>
        </w:tc>
        <w:tc>
          <w:tcPr>
            <w:tcW w:w="2244" w:type="dxa"/>
          </w:tcPr>
          <w:p w14:paraId="1632A672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БССР, Бобруйская область,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Моковицкий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с/с,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Бобычево</w:t>
            </w:r>
            <w:proofErr w:type="spellEnd"/>
          </w:p>
        </w:tc>
        <w:tc>
          <w:tcPr>
            <w:tcW w:w="2311" w:type="dxa"/>
          </w:tcPr>
          <w:p w14:paraId="302815B1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Сержант</w:t>
            </w:r>
            <w:proofErr w:type="spellEnd"/>
          </w:p>
        </w:tc>
        <w:tc>
          <w:tcPr>
            <w:tcW w:w="1669" w:type="dxa"/>
          </w:tcPr>
          <w:p w14:paraId="0CD4FC93" w14:textId="77777777" w:rsidR="00886147" w:rsidRDefault="00886147"/>
        </w:tc>
        <w:tc>
          <w:tcPr>
            <w:tcW w:w="2703" w:type="dxa"/>
          </w:tcPr>
          <w:p w14:paraId="61EA3BA3" w14:textId="77777777" w:rsidR="00886147" w:rsidRDefault="00000000">
            <w:r>
              <w:rPr>
                <w:rFonts w:ascii="Arial" w:hAnsi="Arial"/>
                <w:sz w:val="19"/>
              </w:rPr>
              <w:t>Прокорчик Антон</w:t>
            </w:r>
          </w:p>
        </w:tc>
        <w:tc>
          <w:tcPr>
            <w:tcW w:w="2244" w:type="dxa"/>
          </w:tcPr>
          <w:p w14:paraId="71FECACE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БССР, Бобруйская область,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Моковицкий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с/с, Глусский район,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Бобычево</w:t>
            </w:r>
            <w:proofErr w:type="spellEnd"/>
          </w:p>
        </w:tc>
      </w:tr>
      <w:tr w:rsidR="00886147" w:rsidRPr="00BB23E9" w14:paraId="02277515" w14:textId="77777777" w:rsidTr="00BB23E9">
        <w:tc>
          <w:tcPr>
            <w:tcW w:w="675" w:type="dxa"/>
          </w:tcPr>
          <w:p w14:paraId="4FDC67A7" w14:textId="77777777" w:rsidR="00886147" w:rsidRDefault="00000000">
            <w:r>
              <w:rPr>
                <w:rFonts w:ascii="Arial" w:hAnsi="Arial"/>
                <w:sz w:val="19"/>
              </w:rPr>
              <w:t>50</w:t>
            </w:r>
          </w:p>
        </w:tc>
        <w:tc>
          <w:tcPr>
            <w:tcW w:w="1669" w:type="dxa"/>
          </w:tcPr>
          <w:p w14:paraId="558161E9" w14:textId="77777777" w:rsidR="00886147" w:rsidRDefault="00000000">
            <w:r>
              <w:rPr>
                <w:rFonts w:ascii="Arial" w:hAnsi="Arial"/>
                <w:sz w:val="19"/>
              </w:rPr>
              <w:t>Радкевич Степан Ефремович</w:t>
            </w:r>
          </w:p>
        </w:tc>
        <w:tc>
          <w:tcPr>
            <w:tcW w:w="1196" w:type="dxa"/>
          </w:tcPr>
          <w:p w14:paraId="5F96053A" w14:textId="77777777" w:rsidR="00886147" w:rsidRDefault="00000000">
            <w:r>
              <w:rPr>
                <w:rFonts w:ascii="Arial" w:hAnsi="Arial"/>
                <w:sz w:val="19"/>
              </w:rPr>
              <w:t>09.07.1902</w:t>
            </w:r>
          </w:p>
        </w:tc>
        <w:tc>
          <w:tcPr>
            <w:tcW w:w="2244" w:type="dxa"/>
          </w:tcPr>
          <w:p w14:paraId="19537D41" w14:textId="77777777" w:rsidR="00886147" w:rsidRDefault="00000000">
            <w:r>
              <w:rPr>
                <w:rFonts w:ascii="Arial" w:hAnsi="Arial"/>
                <w:sz w:val="19"/>
              </w:rPr>
              <w:t>п. Байлуки</w:t>
            </w:r>
          </w:p>
        </w:tc>
        <w:tc>
          <w:tcPr>
            <w:tcW w:w="2311" w:type="dxa"/>
          </w:tcPr>
          <w:p w14:paraId="32F8F1C4" w14:textId="77777777" w:rsidR="00886147" w:rsidRDefault="00000000">
            <w:r>
              <w:rPr>
                <w:rFonts w:ascii="Arial" w:hAnsi="Arial"/>
                <w:sz w:val="19"/>
              </w:rPr>
              <w:t>капитан</w:t>
            </w:r>
          </w:p>
        </w:tc>
        <w:tc>
          <w:tcPr>
            <w:tcW w:w="1669" w:type="dxa"/>
          </w:tcPr>
          <w:p w14:paraId="135FCD2A" w14:textId="77777777" w:rsidR="00886147" w:rsidRDefault="00886147"/>
        </w:tc>
        <w:tc>
          <w:tcPr>
            <w:tcW w:w="2703" w:type="dxa"/>
          </w:tcPr>
          <w:p w14:paraId="5D4E7961" w14:textId="77777777" w:rsidR="00886147" w:rsidRDefault="00000000">
            <w:r>
              <w:rPr>
                <w:rFonts w:ascii="Arial" w:hAnsi="Arial"/>
                <w:sz w:val="19"/>
              </w:rPr>
              <w:t>Прудникова Анна</w:t>
            </w:r>
          </w:p>
        </w:tc>
        <w:tc>
          <w:tcPr>
            <w:tcW w:w="2244" w:type="dxa"/>
          </w:tcPr>
          <w:p w14:paraId="26937620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БССР, г. Бобруйск, ул. Пролетарская, д. 13, под. 8, кв.158</w:t>
            </w:r>
          </w:p>
        </w:tc>
      </w:tr>
      <w:tr w:rsidR="00886147" w:rsidRPr="00BB23E9" w14:paraId="24DE41EC" w14:textId="77777777" w:rsidTr="00BB23E9">
        <w:tc>
          <w:tcPr>
            <w:tcW w:w="675" w:type="dxa"/>
          </w:tcPr>
          <w:p w14:paraId="3EC356BC" w14:textId="77777777" w:rsidR="00886147" w:rsidRDefault="00000000">
            <w:r>
              <w:rPr>
                <w:rFonts w:ascii="Arial" w:hAnsi="Arial"/>
                <w:sz w:val="19"/>
              </w:rPr>
              <w:t>51</w:t>
            </w:r>
          </w:p>
        </w:tc>
        <w:tc>
          <w:tcPr>
            <w:tcW w:w="1669" w:type="dxa"/>
          </w:tcPr>
          <w:p w14:paraId="66E3354D" w14:textId="77777777" w:rsidR="00886147" w:rsidRDefault="00000000">
            <w:r>
              <w:rPr>
                <w:rFonts w:ascii="Arial" w:hAnsi="Arial"/>
                <w:sz w:val="19"/>
              </w:rPr>
              <w:t>Головнев Николай Илларионович</w:t>
            </w:r>
          </w:p>
        </w:tc>
        <w:tc>
          <w:tcPr>
            <w:tcW w:w="1196" w:type="dxa"/>
          </w:tcPr>
          <w:p w14:paraId="3580B4FF" w14:textId="77777777" w:rsidR="00886147" w:rsidRDefault="00000000">
            <w:r>
              <w:rPr>
                <w:rFonts w:ascii="Arial" w:hAnsi="Arial"/>
                <w:sz w:val="19"/>
              </w:rPr>
              <w:t>06.12.1906</w:t>
            </w:r>
          </w:p>
        </w:tc>
        <w:tc>
          <w:tcPr>
            <w:tcW w:w="2244" w:type="dxa"/>
          </w:tcPr>
          <w:p w14:paraId="25AC754D" w14:textId="77777777" w:rsidR="00886147" w:rsidRDefault="00000000">
            <w:r>
              <w:rPr>
                <w:rFonts w:ascii="Arial" w:hAnsi="Arial"/>
                <w:sz w:val="19"/>
              </w:rPr>
              <w:t>Станки Витебская область БССР</w:t>
            </w:r>
          </w:p>
        </w:tc>
        <w:tc>
          <w:tcPr>
            <w:tcW w:w="2311" w:type="dxa"/>
          </w:tcPr>
          <w:p w14:paraId="641CDC91" w14:textId="77777777" w:rsidR="00886147" w:rsidRDefault="00000000">
            <w:r>
              <w:rPr>
                <w:rFonts w:ascii="Arial" w:hAnsi="Arial"/>
                <w:sz w:val="19"/>
              </w:rPr>
              <w:t>капитан</w:t>
            </w:r>
          </w:p>
        </w:tc>
        <w:tc>
          <w:tcPr>
            <w:tcW w:w="1669" w:type="dxa"/>
          </w:tcPr>
          <w:p w14:paraId="42469F76" w14:textId="77777777" w:rsidR="00886147" w:rsidRDefault="00886147"/>
        </w:tc>
        <w:tc>
          <w:tcPr>
            <w:tcW w:w="2703" w:type="dxa"/>
          </w:tcPr>
          <w:p w14:paraId="2A604437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Головнева София Федоровна, Лагун Федор</w:t>
            </w:r>
          </w:p>
        </w:tc>
        <w:tc>
          <w:tcPr>
            <w:tcW w:w="2244" w:type="dxa"/>
          </w:tcPr>
          <w:p w14:paraId="4A25BD5C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БССР,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г.Бобруйск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ул.Толстого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>, 57</w:t>
            </w:r>
          </w:p>
        </w:tc>
      </w:tr>
      <w:tr w:rsidR="00886147" w:rsidRPr="00BB23E9" w14:paraId="20796276" w14:textId="77777777" w:rsidTr="00BB23E9">
        <w:tc>
          <w:tcPr>
            <w:tcW w:w="675" w:type="dxa"/>
          </w:tcPr>
          <w:p w14:paraId="7D93C9DB" w14:textId="77777777" w:rsidR="00886147" w:rsidRDefault="00000000">
            <w:r>
              <w:rPr>
                <w:rFonts w:ascii="Arial" w:hAnsi="Arial"/>
                <w:sz w:val="19"/>
              </w:rPr>
              <w:t>52</w:t>
            </w:r>
          </w:p>
        </w:tc>
        <w:tc>
          <w:tcPr>
            <w:tcW w:w="1669" w:type="dxa"/>
          </w:tcPr>
          <w:p w14:paraId="29B3CF92" w14:textId="77777777" w:rsidR="00886147" w:rsidRDefault="00000000">
            <w:r>
              <w:rPr>
                <w:rFonts w:ascii="Arial" w:hAnsi="Arial"/>
                <w:sz w:val="19"/>
              </w:rPr>
              <w:t>Левочкин Николай Григорьевич</w:t>
            </w:r>
          </w:p>
        </w:tc>
        <w:tc>
          <w:tcPr>
            <w:tcW w:w="1196" w:type="dxa"/>
          </w:tcPr>
          <w:p w14:paraId="722ED500" w14:textId="77777777" w:rsidR="00886147" w:rsidRDefault="00000000">
            <w:r>
              <w:rPr>
                <w:rFonts w:ascii="Arial" w:hAnsi="Arial"/>
                <w:sz w:val="19"/>
              </w:rPr>
              <w:t>22.12.1923</w:t>
            </w:r>
          </w:p>
        </w:tc>
        <w:tc>
          <w:tcPr>
            <w:tcW w:w="2244" w:type="dxa"/>
          </w:tcPr>
          <w:p w14:paraId="09AE4D5A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г. Кричев, Могилёвская обл., БССР</w:t>
            </w:r>
          </w:p>
        </w:tc>
        <w:tc>
          <w:tcPr>
            <w:tcW w:w="2311" w:type="dxa"/>
          </w:tcPr>
          <w:p w14:paraId="7EDA1BFB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Лейтенант</w:t>
            </w:r>
            <w:proofErr w:type="spellEnd"/>
          </w:p>
        </w:tc>
        <w:tc>
          <w:tcPr>
            <w:tcW w:w="1669" w:type="dxa"/>
          </w:tcPr>
          <w:p w14:paraId="1070656C" w14:textId="77777777" w:rsidR="00886147" w:rsidRDefault="00886147"/>
        </w:tc>
        <w:tc>
          <w:tcPr>
            <w:tcW w:w="2703" w:type="dxa"/>
          </w:tcPr>
          <w:p w14:paraId="42EF8FD0" w14:textId="77777777" w:rsidR="00886147" w:rsidRDefault="00000000">
            <w:r>
              <w:rPr>
                <w:rFonts w:ascii="Arial" w:hAnsi="Arial"/>
                <w:sz w:val="19"/>
              </w:rPr>
              <w:t>Левочкина А.</w:t>
            </w:r>
          </w:p>
        </w:tc>
        <w:tc>
          <w:tcPr>
            <w:tcW w:w="2244" w:type="dxa"/>
          </w:tcPr>
          <w:p w14:paraId="7B6D0583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БССР, Могилёвская обл., Дрибинский район, д. Мошково</w:t>
            </w:r>
          </w:p>
        </w:tc>
      </w:tr>
      <w:tr w:rsidR="00886147" w:rsidRPr="00BB23E9" w14:paraId="6EBDB01A" w14:textId="77777777" w:rsidTr="00BB23E9">
        <w:tc>
          <w:tcPr>
            <w:tcW w:w="675" w:type="dxa"/>
          </w:tcPr>
          <w:p w14:paraId="6BC303AF" w14:textId="77777777" w:rsidR="00886147" w:rsidRDefault="00000000">
            <w:r>
              <w:rPr>
                <w:rFonts w:ascii="Arial" w:hAnsi="Arial"/>
                <w:sz w:val="19"/>
              </w:rPr>
              <w:t>53</w:t>
            </w:r>
          </w:p>
        </w:tc>
        <w:tc>
          <w:tcPr>
            <w:tcW w:w="1669" w:type="dxa"/>
          </w:tcPr>
          <w:p w14:paraId="337140F8" w14:textId="77777777" w:rsidR="00886147" w:rsidRDefault="00000000">
            <w:r>
              <w:rPr>
                <w:rFonts w:ascii="Arial" w:hAnsi="Arial"/>
                <w:sz w:val="19"/>
              </w:rPr>
              <w:t>Мясников Петр Платонович</w:t>
            </w:r>
          </w:p>
        </w:tc>
        <w:tc>
          <w:tcPr>
            <w:tcW w:w="1196" w:type="dxa"/>
          </w:tcPr>
          <w:p w14:paraId="1AD62F41" w14:textId="77777777" w:rsidR="00886147" w:rsidRDefault="00000000">
            <w:r>
              <w:rPr>
                <w:rFonts w:ascii="Arial" w:hAnsi="Arial"/>
                <w:sz w:val="19"/>
              </w:rPr>
              <w:t>05.08.1920</w:t>
            </w:r>
          </w:p>
        </w:tc>
        <w:tc>
          <w:tcPr>
            <w:tcW w:w="2244" w:type="dxa"/>
          </w:tcPr>
          <w:p w14:paraId="25DF9D31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БССР, Могилёвская обл., Краснопольский р-н.,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Чатушин</w:t>
            </w:r>
            <w:proofErr w:type="spellEnd"/>
          </w:p>
        </w:tc>
        <w:tc>
          <w:tcPr>
            <w:tcW w:w="2311" w:type="dxa"/>
          </w:tcPr>
          <w:p w14:paraId="0E9E2CB5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Красноармеец</w:t>
            </w:r>
            <w:proofErr w:type="spellEnd"/>
          </w:p>
        </w:tc>
        <w:tc>
          <w:tcPr>
            <w:tcW w:w="1669" w:type="dxa"/>
          </w:tcPr>
          <w:p w14:paraId="6525CF4D" w14:textId="77777777" w:rsidR="00886147" w:rsidRDefault="00886147"/>
        </w:tc>
        <w:tc>
          <w:tcPr>
            <w:tcW w:w="2703" w:type="dxa"/>
          </w:tcPr>
          <w:p w14:paraId="768EBBF9" w14:textId="77777777" w:rsidR="00886147" w:rsidRDefault="00000000">
            <w:r>
              <w:rPr>
                <w:rFonts w:ascii="Arial" w:hAnsi="Arial"/>
                <w:sz w:val="19"/>
              </w:rPr>
              <w:t>Мясников Филип (брат)</w:t>
            </w:r>
          </w:p>
        </w:tc>
        <w:tc>
          <w:tcPr>
            <w:tcW w:w="2244" w:type="dxa"/>
          </w:tcPr>
          <w:p w14:paraId="5CCE3B16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БССР, Могилёвская обл., Краснопольский р-н.,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Чатушин</w:t>
            </w:r>
            <w:proofErr w:type="spellEnd"/>
          </w:p>
        </w:tc>
      </w:tr>
      <w:tr w:rsidR="00886147" w:rsidRPr="00BB23E9" w14:paraId="5DF1FE77" w14:textId="77777777" w:rsidTr="00BB23E9">
        <w:tc>
          <w:tcPr>
            <w:tcW w:w="675" w:type="dxa"/>
          </w:tcPr>
          <w:p w14:paraId="7E19D1F9" w14:textId="77777777" w:rsidR="00886147" w:rsidRDefault="00000000">
            <w:r>
              <w:rPr>
                <w:rFonts w:ascii="Arial" w:hAnsi="Arial"/>
                <w:sz w:val="19"/>
              </w:rPr>
              <w:t>54</w:t>
            </w:r>
          </w:p>
        </w:tc>
        <w:tc>
          <w:tcPr>
            <w:tcW w:w="1669" w:type="dxa"/>
          </w:tcPr>
          <w:p w14:paraId="3F993977" w14:textId="77777777" w:rsidR="00886147" w:rsidRDefault="00000000">
            <w:r>
              <w:rPr>
                <w:rFonts w:ascii="Arial" w:hAnsi="Arial"/>
                <w:sz w:val="19"/>
              </w:rPr>
              <w:t>Шевлов Николай Константинович</w:t>
            </w:r>
          </w:p>
        </w:tc>
        <w:tc>
          <w:tcPr>
            <w:tcW w:w="1196" w:type="dxa"/>
          </w:tcPr>
          <w:p w14:paraId="743E5561" w14:textId="77777777" w:rsidR="00886147" w:rsidRDefault="00000000">
            <w:r>
              <w:rPr>
                <w:rFonts w:ascii="Arial" w:hAnsi="Arial"/>
                <w:sz w:val="19"/>
              </w:rPr>
              <w:t>16.02.1919</w:t>
            </w:r>
          </w:p>
        </w:tc>
        <w:tc>
          <w:tcPr>
            <w:tcW w:w="2244" w:type="dxa"/>
          </w:tcPr>
          <w:p w14:paraId="165E7190" w14:textId="77777777" w:rsidR="00886147" w:rsidRDefault="00000000">
            <w:r>
              <w:rPr>
                <w:rFonts w:ascii="Arial" w:hAnsi="Arial"/>
                <w:sz w:val="19"/>
              </w:rPr>
              <w:t>Беларусь, Могилевская область</w:t>
            </w:r>
          </w:p>
        </w:tc>
        <w:tc>
          <w:tcPr>
            <w:tcW w:w="2311" w:type="dxa"/>
          </w:tcPr>
          <w:p w14:paraId="40375696" w14:textId="77777777" w:rsidR="00886147" w:rsidRDefault="00000000">
            <w:r>
              <w:rPr>
                <w:rFonts w:ascii="Arial" w:hAnsi="Arial"/>
                <w:sz w:val="19"/>
              </w:rPr>
              <w:t>рядовой</w:t>
            </w:r>
          </w:p>
        </w:tc>
        <w:tc>
          <w:tcPr>
            <w:tcW w:w="1669" w:type="dxa"/>
          </w:tcPr>
          <w:p w14:paraId="260197F4" w14:textId="77777777" w:rsidR="00886147" w:rsidRDefault="00886147"/>
        </w:tc>
        <w:tc>
          <w:tcPr>
            <w:tcW w:w="2703" w:type="dxa"/>
          </w:tcPr>
          <w:p w14:paraId="262F2EDA" w14:textId="77777777" w:rsidR="00886147" w:rsidRDefault="00000000">
            <w:r>
              <w:rPr>
                <w:rFonts w:ascii="Arial" w:hAnsi="Arial"/>
                <w:sz w:val="19"/>
              </w:rPr>
              <w:t>Шевлова Анна Гавриловна</w:t>
            </w:r>
          </w:p>
        </w:tc>
        <w:tc>
          <w:tcPr>
            <w:tcW w:w="2244" w:type="dxa"/>
          </w:tcPr>
          <w:p w14:paraId="7B253869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БССР, Могилевская обл.,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ст.Ходоссы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, п/о.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Ходоссы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д.Воловники</w:t>
            </w:r>
            <w:proofErr w:type="spellEnd"/>
          </w:p>
        </w:tc>
      </w:tr>
      <w:tr w:rsidR="00886147" w14:paraId="254E73E9" w14:textId="77777777" w:rsidTr="00BB23E9">
        <w:tc>
          <w:tcPr>
            <w:tcW w:w="675" w:type="dxa"/>
          </w:tcPr>
          <w:p w14:paraId="27BC11D8" w14:textId="77777777" w:rsidR="00886147" w:rsidRDefault="00000000">
            <w:r>
              <w:rPr>
                <w:rFonts w:ascii="Arial" w:hAnsi="Arial"/>
                <w:sz w:val="19"/>
              </w:rPr>
              <w:t>55</w:t>
            </w:r>
          </w:p>
        </w:tc>
        <w:tc>
          <w:tcPr>
            <w:tcW w:w="1669" w:type="dxa"/>
          </w:tcPr>
          <w:p w14:paraId="7505538C" w14:textId="77777777" w:rsidR="00886147" w:rsidRDefault="00000000">
            <w:r>
              <w:rPr>
                <w:rFonts w:ascii="Arial" w:hAnsi="Arial"/>
                <w:sz w:val="19"/>
              </w:rPr>
              <w:t>Никифоров Александр Николаевич</w:t>
            </w:r>
          </w:p>
        </w:tc>
        <w:tc>
          <w:tcPr>
            <w:tcW w:w="1196" w:type="dxa"/>
          </w:tcPr>
          <w:p w14:paraId="68631805" w14:textId="77777777" w:rsidR="00886147" w:rsidRDefault="00000000">
            <w:r>
              <w:rPr>
                <w:rFonts w:ascii="Arial" w:hAnsi="Arial"/>
                <w:sz w:val="19"/>
              </w:rPr>
              <w:t>01.08.1913</w:t>
            </w:r>
          </w:p>
        </w:tc>
        <w:tc>
          <w:tcPr>
            <w:tcW w:w="2244" w:type="dxa"/>
          </w:tcPr>
          <w:p w14:paraId="3C9D62E4" w14:textId="77777777" w:rsidR="00886147" w:rsidRDefault="00000000">
            <w:r>
              <w:rPr>
                <w:rFonts w:ascii="Arial" w:hAnsi="Arial"/>
                <w:sz w:val="19"/>
              </w:rPr>
              <w:t>Могилевская обл.</w:t>
            </w:r>
          </w:p>
        </w:tc>
        <w:tc>
          <w:tcPr>
            <w:tcW w:w="2311" w:type="dxa"/>
          </w:tcPr>
          <w:p w14:paraId="7CE78DF4" w14:textId="77777777" w:rsidR="00886147" w:rsidRDefault="00000000">
            <w:r>
              <w:rPr>
                <w:rFonts w:ascii="Arial" w:hAnsi="Arial"/>
                <w:sz w:val="19"/>
              </w:rPr>
              <w:t>Лейтенант</w:t>
            </w:r>
          </w:p>
        </w:tc>
        <w:tc>
          <w:tcPr>
            <w:tcW w:w="1669" w:type="dxa"/>
          </w:tcPr>
          <w:p w14:paraId="5A3DD4A2" w14:textId="77777777" w:rsidR="00886147" w:rsidRDefault="00886147"/>
        </w:tc>
        <w:tc>
          <w:tcPr>
            <w:tcW w:w="2703" w:type="dxa"/>
          </w:tcPr>
          <w:p w14:paraId="11132299" w14:textId="77777777" w:rsidR="00886147" w:rsidRDefault="00886147"/>
        </w:tc>
        <w:tc>
          <w:tcPr>
            <w:tcW w:w="2244" w:type="dxa"/>
          </w:tcPr>
          <w:p w14:paraId="2622EF98" w14:textId="77777777" w:rsidR="00886147" w:rsidRDefault="00000000">
            <w:r w:rsidRPr="00BB23E9">
              <w:rPr>
                <w:rFonts w:ascii="Arial" w:hAnsi="Arial"/>
                <w:sz w:val="19"/>
                <w:lang w:val="ru-RU"/>
              </w:rPr>
              <w:t xml:space="preserve">БССР, Могилёвская обл., Чаусский район, пос. </w:t>
            </w:r>
            <w:proofErr w:type="spellStart"/>
            <w:r>
              <w:rPr>
                <w:rFonts w:ascii="Arial" w:hAnsi="Arial"/>
                <w:sz w:val="19"/>
              </w:rPr>
              <w:t>Гадучи</w:t>
            </w:r>
            <w:proofErr w:type="spellEnd"/>
          </w:p>
        </w:tc>
      </w:tr>
      <w:tr w:rsidR="00886147" w:rsidRPr="00BB23E9" w14:paraId="11834F21" w14:textId="77777777" w:rsidTr="00BB23E9">
        <w:tc>
          <w:tcPr>
            <w:tcW w:w="675" w:type="dxa"/>
          </w:tcPr>
          <w:p w14:paraId="4DC17561" w14:textId="77777777" w:rsidR="00886147" w:rsidRDefault="00000000">
            <w:r>
              <w:rPr>
                <w:rFonts w:ascii="Arial" w:hAnsi="Arial"/>
                <w:sz w:val="19"/>
              </w:rPr>
              <w:t>56</w:t>
            </w:r>
          </w:p>
        </w:tc>
        <w:tc>
          <w:tcPr>
            <w:tcW w:w="1669" w:type="dxa"/>
          </w:tcPr>
          <w:p w14:paraId="11C0EBDF" w14:textId="77777777" w:rsidR="00886147" w:rsidRDefault="00000000">
            <w:r>
              <w:rPr>
                <w:rFonts w:ascii="Arial" w:hAnsi="Arial"/>
                <w:sz w:val="19"/>
              </w:rPr>
              <w:t>Адашкин Борис Евдимович</w:t>
            </w:r>
          </w:p>
        </w:tc>
        <w:tc>
          <w:tcPr>
            <w:tcW w:w="1196" w:type="dxa"/>
          </w:tcPr>
          <w:p w14:paraId="3125977D" w14:textId="77777777" w:rsidR="00886147" w:rsidRDefault="00000000">
            <w:r>
              <w:rPr>
                <w:rFonts w:ascii="Arial" w:hAnsi="Arial"/>
                <w:sz w:val="19"/>
              </w:rPr>
              <w:t>02.05.1912</w:t>
            </w:r>
          </w:p>
        </w:tc>
        <w:tc>
          <w:tcPr>
            <w:tcW w:w="2244" w:type="dxa"/>
          </w:tcPr>
          <w:p w14:paraId="0A316936" w14:textId="77777777" w:rsidR="00886147" w:rsidRDefault="00000000">
            <w:r>
              <w:rPr>
                <w:rFonts w:ascii="Arial" w:hAnsi="Arial"/>
                <w:sz w:val="19"/>
              </w:rPr>
              <w:t>Б.-Плоское</w:t>
            </w:r>
          </w:p>
        </w:tc>
        <w:tc>
          <w:tcPr>
            <w:tcW w:w="2311" w:type="dxa"/>
          </w:tcPr>
          <w:p w14:paraId="249DE515" w14:textId="77777777" w:rsidR="00886147" w:rsidRDefault="00000000">
            <w:r>
              <w:rPr>
                <w:rFonts w:ascii="Arial" w:hAnsi="Arial"/>
                <w:sz w:val="19"/>
              </w:rPr>
              <w:t>Лейтенант</w:t>
            </w:r>
          </w:p>
        </w:tc>
        <w:tc>
          <w:tcPr>
            <w:tcW w:w="1669" w:type="dxa"/>
          </w:tcPr>
          <w:p w14:paraId="586A0D66" w14:textId="77777777" w:rsidR="00886147" w:rsidRDefault="00886147"/>
        </w:tc>
        <w:tc>
          <w:tcPr>
            <w:tcW w:w="2703" w:type="dxa"/>
          </w:tcPr>
          <w:p w14:paraId="7790F9C9" w14:textId="77777777" w:rsidR="00886147" w:rsidRDefault="00000000">
            <w:r>
              <w:rPr>
                <w:rFonts w:ascii="Arial" w:hAnsi="Arial"/>
                <w:sz w:val="19"/>
              </w:rPr>
              <w:t>Короткина Зинаида</w:t>
            </w:r>
          </w:p>
        </w:tc>
        <w:tc>
          <w:tcPr>
            <w:tcW w:w="2244" w:type="dxa"/>
          </w:tcPr>
          <w:p w14:paraId="0FCB9E44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БССР, Могилевская обл., Чаусский р-н</w:t>
            </w:r>
          </w:p>
        </w:tc>
      </w:tr>
      <w:tr w:rsidR="00886147" w:rsidRPr="00BB23E9" w14:paraId="79813489" w14:textId="77777777" w:rsidTr="00BB23E9">
        <w:tc>
          <w:tcPr>
            <w:tcW w:w="675" w:type="dxa"/>
          </w:tcPr>
          <w:p w14:paraId="757F4FD8" w14:textId="77777777" w:rsidR="00886147" w:rsidRDefault="00000000">
            <w:r>
              <w:rPr>
                <w:rFonts w:ascii="Arial" w:hAnsi="Arial"/>
                <w:sz w:val="19"/>
              </w:rPr>
              <w:t>57</w:t>
            </w:r>
          </w:p>
        </w:tc>
        <w:tc>
          <w:tcPr>
            <w:tcW w:w="1669" w:type="dxa"/>
          </w:tcPr>
          <w:p w14:paraId="30270DC7" w14:textId="77777777" w:rsidR="00886147" w:rsidRDefault="00000000">
            <w:r>
              <w:rPr>
                <w:rFonts w:ascii="Arial" w:hAnsi="Arial"/>
                <w:sz w:val="19"/>
              </w:rPr>
              <w:t>Морозов Константин Тарасович</w:t>
            </w:r>
          </w:p>
        </w:tc>
        <w:tc>
          <w:tcPr>
            <w:tcW w:w="1196" w:type="dxa"/>
          </w:tcPr>
          <w:p w14:paraId="65484BF4" w14:textId="77777777" w:rsidR="00886147" w:rsidRDefault="00000000">
            <w:r>
              <w:rPr>
                <w:rFonts w:ascii="Arial" w:hAnsi="Arial"/>
                <w:sz w:val="19"/>
              </w:rPr>
              <w:t>24.10.1916</w:t>
            </w:r>
          </w:p>
        </w:tc>
        <w:tc>
          <w:tcPr>
            <w:tcW w:w="2244" w:type="dxa"/>
          </w:tcPr>
          <w:p w14:paraId="2196C67B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БССР, Могилёвская обл., Шкловский район,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Локути</w:t>
            </w:r>
            <w:proofErr w:type="spellEnd"/>
          </w:p>
        </w:tc>
        <w:tc>
          <w:tcPr>
            <w:tcW w:w="2311" w:type="dxa"/>
          </w:tcPr>
          <w:p w14:paraId="3049134F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Лейтенант</w:t>
            </w:r>
            <w:proofErr w:type="spellEnd"/>
          </w:p>
        </w:tc>
        <w:tc>
          <w:tcPr>
            <w:tcW w:w="1669" w:type="dxa"/>
          </w:tcPr>
          <w:p w14:paraId="7E768122" w14:textId="77777777" w:rsidR="00886147" w:rsidRDefault="00886147"/>
        </w:tc>
        <w:tc>
          <w:tcPr>
            <w:tcW w:w="2703" w:type="dxa"/>
          </w:tcPr>
          <w:p w14:paraId="2344E17A" w14:textId="77777777" w:rsidR="00886147" w:rsidRDefault="00000000">
            <w:r>
              <w:rPr>
                <w:rFonts w:ascii="Arial" w:hAnsi="Arial"/>
                <w:sz w:val="19"/>
              </w:rPr>
              <w:t>Морозов Тарас Сергеевич (отец)</w:t>
            </w:r>
          </w:p>
        </w:tc>
        <w:tc>
          <w:tcPr>
            <w:tcW w:w="2244" w:type="dxa"/>
          </w:tcPr>
          <w:p w14:paraId="248ABCFE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БССР, Могилёвская обл., Шкловский район,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Локути</w:t>
            </w:r>
            <w:proofErr w:type="spellEnd"/>
          </w:p>
        </w:tc>
      </w:tr>
      <w:tr w:rsidR="00886147" w:rsidRPr="00BB23E9" w14:paraId="6D729FED" w14:textId="77777777" w:rsidTr="00BB23E9">
        <w:tc>
          <w:tcPr>
            <w:tcW w:w="675" w:type="dxa"/>
          </w:tcPr>
          <w:p w14:paraId="6CC96AEC" w14:textId="77777777" w:rsidR="00886147" w:rsidRDefault="00000000">
            <w:r>
              <w:rPr>
                <w:rFonts w:ascii="Arial" w:hAnsi="Arial"/>
                <w:sz w:val="19"/>
              </w:rPr>
              <w:t>58</w:t>
            </w:r>
          </w:p>
        </w:tc>
        <w:tc>
          <w:tcPr>
            <w:tcW w:w="1669" w:type="dxa"/>
          </w:tcPr>
          <w:p w14:paraId="0617C305" w14:textId="77777777" w:rsidR="00886147" w:rsidRDefault="00000000">
            <w:r>
              <w:rPr>
                <w:rFonts w:ascii="Arial" w:hAnsi="Arial"/>
                <w:sz w:val="19"/>
              </w:rPr>
              <w:t>Белоусов Павел Ефимович</w:t>
            </w:r>
          </w:p>
        </w:tc>
        <w:tc>
          <w:tcPr>
            <w:tcW w:w="1196" w:type="dxa"/>
          </w:tcPr>
          <w:p w14:paraId="58A13DDA" w14:textId="77777777" w:rsidR="00886147" w:rsidRDefault="00000000">
            <w:r>
              <w:rPr>
                <w:rFonts w:ascii="Arial" w:hAnsi="Arial"/>
                <w:sz w:val="19"/>
              </w:rPr>
              <w:t>1912</w:t>
            </w:r>
          </w:p>
        </w:tc>
        <w:tc>
          <w:tcPr>
            <w:tcW w:w="2244" w:type="dxa"/>
          </w:tcPr>
          <w:p w14:paraId="3CCEC663" w14:textId="77777777" w:rsidR="00886147" w:rsidRDefault="00000000">
            <w:r>
              <w:rPr>
                <w:rFonts w:ascii="Arial" w:hAnsi="Arial"/>
                <w:sz w:val="19"/>
              </w:rPr>
              <w:t>Тимоново Могилевской области БССР</w:t>
            </w:r>
          </w:p>
        </w:tc>
        <w:tc>
          <w:tcPr>
            <w:tcW w:w="2311" w:type="dxa"/>
          </w:tcPr>
          <w:p w14:paraId="639D96E9" w14:textId="77777777" w:rsidR="00886147" w:rsidRDefault="00000000">
            <w:r>
              <w:rPr>
                <w:rFonts w:ascii="Arial" w:hAnsi="Arial"/>
                <w:sz w:val="19"/>
              </w:rPr>
              <w:t>рядовой</w:t>
            </w:r>
          </w:p>
        </w:tc>
        <w:tc>
          <w:tcPr>
            <w:tcW w:w="1669" w:type="dxa"/>
          </w:tcPr>
          <w:p w14:paraId="2FB34568" w14:textId="77777777" w:rsidR="00886147" w:rsidRDefault="00886147"/>
        </w:tc>
        <w:tc>
          <w:tcPr>
            <w:tcW w:w="2703" w:type="dxa"/>
          </w:tcPr>
          <w:p w14:paraId="0B7A7BAE" w14:textId="77777777" w:rsidR="00886147" w:rsidRDefault="00000000">
            <w:r>
              <w:rPr>
                <w:rFonts w:ascii="Arial" w:hAnsi="Arial"/>
                <w:sz w:val="19"/>
              </w:rPr>
              <w:t>жена Белоусова Анна</w:t>
            </w:r>
          </w:p>
        </w:tc>
        <w:tc>
          <w:tcPr>
            <w:tcW w:w="2244" w:type="dxa"/>
          </w:tcPr>
          <w:p w14:paraId="74E76DF7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БССР, Могилевская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обламсть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Климовический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район, деревня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Тимоново</w:t>
            </w:r>
            <w:proofErr w:type="spellEnd"/>
          </w:p>
        </w:tc>
      </w:tr>
      <w:tr w:rsidR="00886147" w:rsidRPr="00BB23E9" w14:paraId="4710A871" w14:textId="77777777" w:rsidTr="00BB23E9">
        <w:tc>
          <w:tcPr>
            <w:tcW w:w="675" w:type="dxa"/>
          </w:tcPr>
          <w:p w14:paraId="616E4965" w14:textId="77777777" w:rsidR="00886147" w:rsidRDefault="00000000">
            <w:r>
              <w:rPr>
                <w:rFonts w:ascii="Arial" w:hAnsi="Arial"/>
                <w:sz w:val="19"/>
              </w:rPr>
              <w:t>59</w:t>
            </w:r>
          </w:p>
        </w:tc>
        <w:tc>
          <w:tcPr>
            <w:tcW w:w="1669" w:type="dxa"/>
          </w:tcPr>
          <w:p w14:paraId="5F02A319" w14:textId="77777777" w:rsidR="00886147" w:rsidRDefault="00000000">
            <w:r>
              <w:rPr>
                <w:rFonts w:ascii="Arial" w:hAnsi="Arial"/>
                <w:sz w:val="19"/>
              </w:rPr>
              <w:t>Анихченко Иван Петрович</w:t>
            </w:r>
          </w:p>
        </w:tc>
        <w:tc>
          <w:tcPr>
            <w:tcW w:w="1196" w:type="dxa"/>
          </w:tcPr>
          <w:p w14:paraId="0337D625" w14:textId="77777777" w:rsidR="00886147" w:rsidRDefault="00000000">
            <w:r>
              <w:rPr>
                <w:rFonts w:ascii="Arial" w:hAnsi="Arial"/>
                <w:sz w:val="19"/>
              </w:rPr>
              <w:t>24.10.1920</w:t>
            </w:r>
          </w:p>
        </w:tc>
        <w:tc>
          <w:tcPr>
            <w:tcW w:w="2244" w:type="dxa"/>
          </w:tcPr>
          <w:p w14:paraId="101EF7AD" w14:textId="77777777" w:rsidR="00886147" w:rsidRDefault="00886147"/>
        </w:tc>
        <w:tc>
          <w:tcPr>
            <w:tcW w:w="2311" w:type="dxa"/>
          </w:tcPr>
          <w:p w14:paraId="0F105E1A" w14:textId="77777777" w:rsidR="00886147" w:rsidRDefault="00000000">
            <w:r>
              <w:rPr>
                <w:rFonts w:ascii="Arial" w:hAnsi="Arial"/>
                <w:sz w:val="19"/>
              </w:rPr>
              <w:t>рядовой</w:t>
            </w:r>
          </w:p>
        </w:tc>
        <w:tc>
          <w:tcPr>
            <w:tcW w:w="1669" w:type="dxa"/>
          </w:tcPr>
          <w:p w14:paraId="01F6C30C" w14:textId="77777777" w:rsidR="00886147" w:rsidRDefault="00886147"/>
        </w:tc>
        <w:tc>
          <w:tcPr>
            <w:tcW w:w="2703" w:type="dxa"/>
          </w:tcPr>
          <w:p w14:paraId="72A54E4A" w14:textId="77777777" w:rsidR="00886147" w:rsidRDefault="00000000">
            <w:r>
              <w:rPr>
                <w:rFonts w:ascii="Arial" w:hAnsi="Arial"/>
                <w:sz w:val="19"/>
              </w:rPr>
              <w:t>Анихченко Пётр (отец)</w:t>
            </w:r>
          </w:p>
        </w:tc>
        <w:tc>
          <w:tcPr>
            <w:tcW w:w="2244" w:type="dxa"/>
          </w:tcPr>
          <w:p w14:paraId="4AB97029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БССР, Могилёвская область, Горецкий район, д. Горы</w:t>
            </w:r>
          </w:p>
        </w:tc>
      </w:tr>
      <w:tr w:rsidR="00886147" w:rsidRPr="00BB23E9" w14:paraId="21DA3011" w14:textId="77777777" w:rsidTr="00BB23E9">
        <w:tc>
          <w:tcPr>
            <w:tcW w:w="675" w:type="dxa"/>
          </w:tcPr>
          <w:p w14:paraId="651ABED5" w14:textId="77777777" w:rsidR="00886147" w:rsidRDefault="00000000">
            <w:r>
              <w:rPr>
                <w:rFonts w:ascii="Arial" w:hAnsi="Arial"/>
                <w:sz w:val="19"/>
              </w:rPr>
              <w:t>60</w:t>
            </w:r>
          </w:p>
        </w:tc>
        <w:tc>
          <w:tcPr>
            <w:tcW w:w="1669" w:type="dxa"/>
          </w:tcPr>
          <w:p w14:paraId="4E17CBAB" w14:textId="77777777" w:rsidR="00886147" w:rsidRDefault="00000000">
            <w:r>
              <w:rPr>
                <w:rFonts w:ascii="Arial" w:hAnsi="Arial"/>
                <w:sz w:val="19"/>
              </w:rPr>
              <w:t>Юрченок Андрей Васильевич</w:t>
            </w:r>
          </w:p>
        </w:tc>
        <w:tc>
          <w:tcPr>
            <w:tcW w:w="1196" w:type="dxa"/>
          </w:tcPr>
          <w:p w14:paraId="01ED343E" w14:textId="77777777" w:rsidR="00886147" w:rsidRDefault="00000000">
            <w:r>
              <w:rPr>
                <w:rFonts w:ascii="Arial" w:hAnsi="Arial"/>
                <w:sz w:val="19"/>
              </w:rPr>
              <w:t>01.01.1920</w:t>
            </w:r>
          </w:p>
        </w:tc>
        <w:tc>
          <w:tcPr>
            <w:tcW w:w="2244" w:type="dxa"/>
          </w:tcPr>
          <w:p w14:paraId="03F9EF31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БССР, Могилевская область, Кричевский район,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Колпча</w:t>
            </w:r>
            <w:proofErr w:type="spellEnd"/>
          </w:p>
        </w:tc>
        <w:tc>
          <w:tcPr>
            <w:tcW w:w="2311" w:type="dxa"/>
          </w:tcPr>
          <w:p w14:paraId="2659D4EA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Красноармеец</w:t>
            </w:r>
            <w:proofErr w:type="spellEnd"/>
          </w:p>
        </w:tc>
        <w:tc>
          <w:tcPr>
            <w:tcW w:w="1669" w:type="dxa"/>
          </w:tcPr>
          <w:p w14:paraId="5F49E29F" w14:textId="77777777" w:rsidR="00886147" w:rsidRDefault="00886147"/>
        </w:tc>
        <w:tc>
          <w:tcPr>
            <w:tcW w:w="2703" w:type="dxa"/>
          </w:tcPr>
          <w:p w14:paraId="3087E59C" w14:textId="77777777" w:rsidR="00886147" w:rsidRDefault="00000000">
            <w:r>
              <w:rPr>
                <w:rFonts w:ascii="Arial" w:hAnsi="Arial"/>
                <w:sz w:val="19"/>
              </w:rPr>
              <w:t>Отец - Василий Юрченок</w:t>
            </w:r>
          </w:p>
        </w:tc>
        <w:tc>
          <w:tcPr>
            <w:tcW w:w="2244" w:type="dxa"/>
          </w:tcPr>
          <w:p w14:paraId="68806CC8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БССР, Могилевская область, Кричевский район,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Колпча</w:t>
            </w:r>
            <w:proofErr w:type="spellEnd"/>
          </w:p>
        </w:tc>
      </w:tr>
      <w:tr w:rsidR="00886147" w:rsidRPr="00BB23E9" w14:paraId="348DA5AC" w14:textId="77777777" w:rsidTr="00BB23E9">
        <w:tc>
          <w:tcPr>
            <w:tcW w:w="675" w:type="dxa"/>
          </w:tcPr>
          <w:p w14:paraId="4A72B5DF" w14:textId="77777777" w:rsidR="00886147" w:rsidRDefault="00000000">
            <w:r>
              <w:rPr>
                <w:rFonts w:ascii="Arial" w:hAnsi="Arial"/>
                <w:sz w:val="19"/>
              </w:rPr>
              <w:t>61</w:t>
            </w:r>
          </w:p>
        </w:tc>
        <w:tc>
          <w:tcPr>
            <w:tcW w:w="1669" w:type="dxa"/>
          </w:tcPr>
          <w:p w14:paraId="2DB8009B" w14:textId="77777777" w:rsidR="00886147" w:rsidRDefault="00000000">
            <w:r>
              <w:rPr>
                <w:rFonts w:ascii="Arial" w:hAnsi="Arial"/>
                <w:sz w:val="19"/>
              </w:rPr>
              <w:t>Суринин Иосиф</w:t>
            </w:r>
          </w:p>
        </w:tc>
        <w:tc>
          <w:tcPr>
            <w:tcW w:w="1196" w:type="dxa"/>
          </w:tcPr>
          <w:p w14:paraId="06FC16EC" w14:textId="77777777" w:rsidR="00886147" w:rsidRDefault="00000000">
            <w:r>
              <w:rPr>
                <w:rFonts w:ascii="Arial" w:hAnsi="Arial"/>
                <w:sz w:val="19"/>
              </w:rPr>
              <w:t>1896</w:t>
            </w:r>
          </w:p>
        </w:tc>
        <w:tc>
          <w:tcPr>
            <w:tcW w:w="2244" w:type="dxa"/>
          </w:tcPr>
          <w:p w14:paraId="100822B2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БССР, Могилёвская область, Могилёвский район, д. Песчанка</w:t>
            </w:r>
          </w:p>
        </w:tc>
        <w:tc>
          <w:tcPr>
            <w:tcW w:w="2311" w:type="dxa"/>
          </w:tcPr>
          <w:p w14:paraId="2327BAAB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Красноармеец</w:t>
            </w:r>
            <w:proofErr w:type="spellEnd"/>
          </w:p>
        </w:tc>
        <w:tc>
          <w:tcPr>
            <w:tcW w:w="1669" w:type="dxa"/>
          </w:tcPr>
          <w:p w14:paraId="4630E7D8" w14:textId="77777777" w:rsidR="00886147" w:rsidRDefault="00886147"/>
        </w:tc>
        <w:tc>
          <w:tcPr>
            <w:tcW w:w="2703" w:type="dxa"/>
          </w:tcPr>
          <w:p w14:paraId="5D3B2C5F" w14:textId="77777777" w:rsidR="00886147" w:rsidRDefault="00000000">
            <w:r>
              <w:rPr>
                <w:rFonts w:ascii="Arial" w:hAnsi="Arial"/>
                <w:sz w:val="19"/>
              </w:rPr>
              <w:t>Суринина Мария</w:t>
            </w:r>
          </w:p>
        </w:tc>
        <w:tc>
          <w:tcPr>
            <w:tcW w:w="2244" w:type="dxa"/>
          </w:tcPr>
          <w:p w14:paraId="42222FB9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БССР, Могилёвская область, Могилёвский район, д. Песчанка</w:t>
            </w:r>
          </w:p>
        </w:tc>
      </w:tr>
      <w:tr w:rsidR="00886147" w:rsidRPr="00BB23E9" w14:paraId="16188A29" w14:textId="77777777" w:rsidTr="00BB23E9">
        <w:tc>
          <w:tcPr>
            <w:tcW w:w="675" w:type="dxa"/>
          </w:tcPr>
          <w:p w14:paraId="39198CAE" w14:textId="77777777" w:rsidR="00886147" w:rsidRDefault="00000000">
            <w:r>
              <w:rPr>
                <w:rFonts w:ascii="Arial" w:hAnsi="Arial"/>
                <w:sz w:val="19"/>
              </w:rPr>
              <w:t>62</w:t>
            </w:r>
          </w:p>
        </w:tc>
        <w:tc>
          <w:tcPr>
            <w:tcW w:w="1669" w:type="dxa"/>
          </w:tcPr>
          <w:p w14:paraId="2436B6D8" w14:textId="77777777" w:rsidR="00886147" w:rsidRDefault="00000000">
            <w:r>
              <w:rPr>
                <w:rFonts w:ascii="Arial" w:hAnsi="Arial"/>
                <w:sz w:val="19"/>
              </w:rPr>
              <w:t xml:space="preserve">Граков Алексей </w:t>
            </w:r>
            <w:r>
              <w:rPr>
                <w:rFonts w:ascii="Arial" w:hAnsi="Arial"/>
                <w:sz w:val="19"/>
              </w:rPr>
              <w:lastRenderedPageBreak/>
              <w:t>Давидович</w:t>
            </w:r>
          </w:p>
        </w:tc>
        <w:tc>
          <w:tcPr>
            <w:tcW w:w="1196" w:type="dxa"/>
          </w:tcPr>
          <w:p w14:paraId="621148D2" w14:textId="77777777" w:rsidR="00886147" w:rsidRDefault="00000000">
            <w:r>
              <w:rPr>
                <w:rFonts w:ascii="Arial" w:hAnsi="Arial"/>
                <w:sz w:val="19"/>
              </w:rPr>
              <w:lastRenderedPageBreak/>
              <w:t>11.12.1910</w:t>
            </w:r>
          </w:p>
        </w:tc>
        <w:tc>
          <w:tcPr>
            <w:tcW w:w="2244" w:type="dxa"/>
          </w:tcPr>
          <w:p w14:paraId="4C237DA6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село Ельня, </w:t>
            </w:r>
            <w:r w:rsidRPr="00BB23E9">
              <w:rPr>
                <w:rFonts w:ascii="Arial" w:hAnsi="Arial"/>
                <w:sz w:val="19"/>
                <w:lang w:val="ru-RU"/>
              </w:rPr>
              <w:lastRenderedPageBreak/>
              <w:t>Хотимский район, БССР</w:t>
            </w:r>
          </w:p>
        </w:tc>
        <w:tc>
          <w:tcPr>
            <w:tcW w:w="2311" w:type="dxa"/>
          </w:tcPr>
          <w:p w14:paraId="08982F96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lastRenderedPageBreak/>
              <w:t>рядовой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1669" w:type="dxa"/>
          </w:tcPr>
          <w:p w14:paraId="51663EA5" w14:textId="77777777" w:rsidR="00886147" w:rsidRDefault="00886147"/>
        </w:tc>
        <w:tc>
          <w:tcPr>
            <w:tcW w:w="2703" w:type="dxa"/>
          </w:tcPr>
          <w:p w14:paraId="5A7E1FC6" w14:textId="77777777" w:rsidR="00886147" w:rsidRDefault="00000000">
            <w:r>
              <w:rPr>
                <w:rFonts w:ascii="Arial" w:hAnsi="Arial"/>
                <w:sz w:val="19"/>
              </w:rPr>
              <w:t>Грановая Елена</w:t>
            </w:r>
          </w:p>
        </w:tc>
        <w:tc>
          <w:tcPr>
            <w:tcW w:w="2244" w:type="dxa"/>
          </w:tcPr>
          <w:p w14:paraId="3395D4FC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БССР, Могилевская </w:t>
            </w:r>
            <w:r w:rsidRPr="00BB23E9">
              <w:rPr>
                <w:rFonts w:ascii="Arial" w:hAnsi="Arial"/>
                <w:sz w:val="19"/>
                <w:lang w:val="ru-RU"/>
              </w:rPr>
              <w:lastRenderedPageBreak/>
              <w:t>область, Хотимский район, село Ельня</w:t>
            </w:r>
          </w:p>
        </w:tc>
      </w:tr>
      <w:tr w:rsidR="00886147" w:rsidRPr="00BB23E9" w14:paraId="304F4EB7" w14:textId="77777777" w:rsidTr="00BB23E9">
        <w:tc>
          <w:tcPr>
            <w:tcW w:w="675" w:type="dxa"/>
          </w:tcPr>
          <w:p w14:paraId="46790CBA" w14:textId="77777777" w:rsidR="00886147" w:rsidRDefault="00000000">
            <w:r>
              <w:rPr>
                <w:rFonts w:ascii="Arial" w:hAnsi="Arial"/>
                <w:sz w:val="19"/>
              </w:rPr>
              <w:lastRenderedPageBreak/>
              <w:t>63</w:t>
            </w:r>
          </w:p>
        </w:tc>
        <w:tc>
          <w:tcPr>
            <w:tcW w:w="1669" w:type="dxa"/>
          </w:tcPr>
          <w:p w14:paraId="2CEA2080" w14:textId="77777777" w:rsidR="00886147" w:rsidRDefault="00000000">
            <w:r>
              <w:rPr>
                <w:rFonts w:ascii="Arial" w:hAnsi="Arial"/>
                <w:sz w:val="19"/>
              </w:rPr>
              <w:t>Радков Иван Илларионович</w:t>
            </w:r>
          </w:p>
        </w:tc>
        <w:tc>
          <w:tcPr>
            <w:tcW w:w="1196" w:type="dxa"/>
          </w:tcPr>
          <w:p w14:paraId="2CED9BAD" w14:textId="77777777" w:rsidR="00886147" w:rsidRDefault="00000000">
            <w:r>
              <w:rPr>
                <w:rFonts w:ascii="Arial" w:hAnsi="Arial"/>
                <w:sz w:val="19"/>
              </w:rPr>
              <w:t>27.11.1921</w:t>
            </w:r>
          </w:p>
        </w:tc>
        <w:tc>
          <w:tcPr>
            <w:tcW w:w="2244" w:type="dxa"/>
          </w:tcPr>
          <w:p w14:paraId="327A1922" w14:textId="77777777" w:rsidR="00886147" w:rsidRDefault="00000000">
            <w:r>
              <w:rPr>
                <w:rFonts w:ascii="Arial" w:hAnsi="Arial"/>
                <w:sz w:val="19"/>
              </w:rPr>
              <w:t xml:space="preserve"> Беларусь, Могилевская обл.</w:t>
            </w:r>
          </w:p>
        </w:tc>
        <w:tc>
          <w:tcPr>
            <w:tcW w:w="2311" w:type="dxa"/>
          </w:tcPr>
          <w:p w14:paraId="11230CAA" w14:textId="77777777" w:rsidR="00886147" w:rsidRDefault="00000000">
            <w:r>
              <w:rPr>
                <w:rFonts w:ascii="Arial" w:hAnsi="Arial"/>
                <w:sz w:val="19"/>
              </w:rPr>
              <w:t>рядовой, 1694 сп</w:t>
            </w:r>
          </w:p>
        </w:tc>
        <w:tc>
          <w:tcPr>
            <w:tcW w:w="1669" w:type="dxa"/>
          </w:tcPr>
          <w:p w14:paraId="08A98B09" w14:textId="77777777" w:rsidR="00886147" w:rsidRDefault="00886147"/>
        </w:tc>
        <w:tc>
          <w:tcPr>
            <w:tcW w:w="2703" w:type="dxa"/>
          </w:tcPr>
          <w:p w14:paraId="6B47915D" w14:textId="77777777" w:rsidR="00886147" w:rsidRDefault="00000000">
            <w:r>
              <w:rPr>
                <w:rFonts w:ascii="Arial" w:hAnsi="Arial"/>
                <w:sz w:val="19"/>
              </w:rPr>
              <w:t>Зеликов Григорий</w:t>
            </w:r>
          </w:p>
        </w:tc>
        <w:tc>
          <w:tcPr>
            <w:tcW w:w="2244" w:type="dxa"/>
          </w:tcPr>
          <w:p w14:paraId="33A0865C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БССР, Могилевский район, Горецкий район, д. Нежное</w:t>
            </w:r>
          </w:p>
        </w:tc>
      </w:tr>
      <w:tr w:rsidR="00886147" w:rsidRPr="00BB23E9" w14:paraId="7D5F111E" w14:textId="77777777" w:rsidTr="00BB23E9">
        <w:tc>
          <w:tcPr>
            <w:tcW w:w="675" w:type="dxa"/>
          </w:tcPr>
          <w:p w14:paraId="6D8B8D68" w14:textId="77777777" w:rsidR="00886147" w:rsidRDefault="00000000">
            <w:r>
              <w:rPr>
                <w:rFonts w:ascii="Arial" w:hAnsi="Arial"/>
                <w:sz w:val="19"/>
              </w:rPr>
              <w:t>64</w:t>
            </w:r>
          </w:p>
        </w:tc>
        <w:tc>
          <w:tcPr>
            <w:tcW w:w="1669" w:type="dxa"/>
          </w:tcPr>
          <w:p w14:paraId="1DBCC133" w14:textId="77777777" w:rsidR="00886147" w:rsidRDefault="00000000">
            <w:r>
              <w:rPr>
                <w:rFonts w:ascii="Arial" w:hAnsi="Arial"/>
                <w:sz w:val="19"/>
              </w:rPr>
              <w:t>Курбасов Андрей Петрович</w:t>
            </w:r>
          </w:p>
        </w:tc>
        <w:tc>
          <w:tcPr>
            <w:tcW w:w="1196" w:type="dxa"/>
          </w:tcPr>
          <w:p w14:paraId="6D4C8316" w14:textId="77777777" w:rsidR="00886147" w:rsidRDefault="00000000">
            <w:r>
              <w:rPr>
                <w:rFonts w:ascii="Arial" w:hAnsi="Arial"/>
                <w:sz w:val="19"/>
              </w:rPr>
              <w:t>17.07.1905</w:t>
            </w:r>
          </w:p>
        </w:tc>
        <w:tc>
          <w:tcPr>
            <w:tcW w:w="2244" w:type="dxa"/>
          </w:tcPr>
          <w:p w14:paraId="2B4DE0B9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Могилёвская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обл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>, Горецкий р-</w:t>
            </w:r>
            <w:proofErr w:type="spellStart"/>
            <w:proofErr w:type="gramStart"/>
            <w:r w:rsidRPr="00BB23E9">
              <w:rPr>
                <w:rFonts w:ascii="Arial" w:hAnsi="Arial"/>
                <w:sz w:val="19"/>
                <w:lang w:val="ru-RU"/>
              </w:rPr>
              <w:t>н,с.Маслаки</w:t>
            </w:r>
            <w:proofErr w:type="spellEnd"/>
            <w:proofErr w:type="gramEnd"/>
          </w:p>
        </w:tc>
        <w:tc>
          <w:tcPr>
            <w:tcW w:w="2311" w:type="dxa"/>
          </w:tcPr>
          <w:p w14:paraId="65B2EB40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рядовой</w:t>
            </w:r>
            <w:proofErr w:type="spellEnd"/>
          </w:p>
        </w:tc>
        <w:tc>
          <w:tcPr>
            <w:tcW w:w="1669" w:type="dxa"/>
          </w:tcPr>
          <w:p w14:paraId="1BF7F27C" w14:textId="77777777" w:rsidR="00886147" w:rsidRDefault="00886147"/>
        </w:tc>
        <w:tc>
          <w:tcPr>
            <w:tcW w:w="2703" w:type="dxa"/>
          </w:tcPr>
          <w:p w14:paraId="121E38AB" w14:textId="77777777" w:rsidR="00886147" w:rsidRDefault="00886147"/>
        </w:tc>
        <w:tc>
          <w:tcPr>
            <w:tcW w:w="2244" w:type="dxa"/>
          </w:tcPr>
          <w:p w14:paraId="2C70C5C0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Могилёвская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обл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>, Горецкий р-</w:t>
            </w:r>
            <w:proofErr w:type="spellStart"/>
            <w:proofErr w:type="gramStart"/>
            <w:r w:rsidRPr="00BB23E9">
              <w:rPr>
                <w:rFonts w:ascii="Arial" w:hAnsi="Arial"/>
                <w:sz w:val="19"/>
                <w:lang w:val="ru-RU"/>
              </w:rPr>
              <w:t>н,с.Маслаки</w:t>
            </w:r>
            <w:proofErr w:type="spellEnd"/>
            <w:proofErr w:type="gramEnd"/>
          </w:p>
        </w:tc>
      </w:tr>
      <w:tr w:rsidR="00886147" w:rsidRPr="00BB23E9" w14:paraId="40FCE257" w14:textId="77777777" w:rsidTr="00BB23E9">
        <w:tc>
          <w:tcPr>
            <w:tcW w:w="675" w:type="dxa"/>
          </w:tcPr>
          <w:p w14:paraId="432098D8" w14:textId="77777777" w:rsidR="00886147" w:rsidRDefault="00000000">
            <w:r>
              <w:rPr>
                <w:rFonts w:ascii="Arial" w:hAnsi="Arial"/>
                <w:sz w:val="19"/>
              </w:rPr>
              <w:t>65</w:t>
            </w:r>
          </w:p>
        </w:tc>
        <w:tc>
          <w:tcPr>
            <w:tcW w:w="1669" w:type="dxa"/>
          </w:tcPr>
          <w:p w14:paraId="54947481" w14:textId="77777777" w:rsidR="00886147" w:rsidRDefault="00000000">
            <w:r>
              <w:rPr>
                <w:rFonts w:ascii="Arial" w:hAnsi="Arial"/>
                <w:sz w:val="19"/>
              </w:rPr>
              <w:t>Бодриков Фёдор Тимофеевич</w:t>
            </w:r>
          </w:p>
        </w:tc>
        <w:tc>
          <w:tcPr>
            <w:tcW w:w="1196" w:type="dxa"/>
          </w:tcPr>
          <w:p w14:paraId="5E465121" w14:textId="77777777" w:rsidR="00886147" w:rsidRDefault="00000000">
            <w:r>
              <w:rPr>
                <w:rFonts w:ascii="Arial" w:hAnsi="Arial"/>
                <w:sz w:val="19"/>
              </w:rPr>
              <w:t>08.11.1914</w:t>
            </w:r>
          </w:p>
        </w:tc>
        <w:tc>
          <w:tcPr>
            <w:tcW w:w="2244" w:type="dxa"/>
          </w:tcPr>
          <w:p w14:paraId="4AA337C7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Могилёвская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обл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>, Костюковичский р-н</w:t>
            </w:r>
          </w:p>
        </w:tc>
        <w:tc>
          <w:tcPr>
            <w:tcW w:w="2311" w:type="dxa"/>
          </w:tcPr>
          <w:p w14:paraId="729FB07F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лейтенант</w:t>
            </w:r>
            <w:proofErr w:type="spellEnd"/>
            <w:r>
              <w:rPr>
                <w:rFonts w:ascii="Arial" w:hAnsi="Arial"/>
                <w:sz w:val="19"/>
              </w:rPr>
              <w:t xml:space="preserve"> 333 </w:t>
            </w:r>
            <w:proofErr w:type="spellStart"/>
            <w:r>
              <w:rPr>
                <w:rFonts w:ascii="Arial" w:hAnsi="Arial"/>
                <w:sz w:val="19"/>
              </w:rPr>
              <w:t>сп</w:t>
            </w:r>
            <w:proofErr w:type="spellEnd"/>
          </w:p>
        </w:tc>
        <w:tc>
          <w:tcPr>
            <w:tcW w:w="1669" w:type="dxa"/>
          </w:tcPr>
          <w:p w14:paraId="7342E4DB" w14:textId="77777777" w:rsidR="00886147" w:rsidRDefault="00000000">
            <w:r>
              <w:rPr>
                <w:rFonts w:ascii="Arial" w:hAnsi="Arial"/>
                <w:sz w:val="19"/>
              </w:rPr>
              <w:t>Костюковичский РВК Могилёвской обл</w:t>
            </w:r>
          </w:p>
        </w:tc>
        <w:tc>
          <w:tcPr>
            <w:tcW w:w="2703" w:type="dxa"/>
          </w:tcPr>
          <w:p w14:paraId="685294FA" w14:textId="77777777" w:rsidR="00886147" w:rsidRDefault="00000000">
            <w:r>
              <w:rPr>
                <w:rFonts w:ascii="Arial" w:hAnsi="Arial"/>
                <w:sz w:val="19"/>
              </w:rPr>
              <w:t xml:space="preserve">Сакаткова Ирина </w:t>
            </w:r>
          </w:p>
        </w:tc>
        <w:tc>
          <w:tcPr>
            <w:tcW w:w="2244" w:type="dxa"/>
          </w:tcPr>
          <w:p w14:paraId="432A188E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Могилёвская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обл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, Костюковичский р-н,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д.Пушково</w:t>
            </w:r>
            <w:proofErr w:type="spellEnd"/>
          </w:p>
        </w:tc>
      </w:tr>
      <w:tr w:rsidR="00886147" w:rsidRPr="00BB23E9" w14:paraId="718CD214" w14:textId="77777777" w:rsidTr="00BB23E9">
        <w:tc>
          <w:tcPr>
            <w:tcW w:w="675" w:type="dxa"/>
          </w:tcPr>
          <w:p w14:paraId="40840CE1" w14:textId="77777777" w:rsidR="00886147" w:rsidRDefault="00000000">
            <w:r>
              <w:rPr>
                <w:rFonts w:ascii="Arial" w:hAnsi="Arial"/>
                <w:sz w:val="19"/>
              </w:rPr>
              <w:t>66</w:t>
            </w:r>
          </w:p>
        </w:tc>
        <w:tc>
          <w:tcPr>
            <w:tcW w:w="1669" w:type="dxa"/>
          </w:tcPr>
          <w:p w14:paraId="24EEF572" w14:textId="77777777" w:rsidR="00886147" w:rsidRDefault="00000000">
            <w:r>
              <w:rPr>
                <w:rFonts w:ascii="Arial" w:hAnsi="Arial"/>
                <w:sz w:val="19"/>
              </w:rPr>
              <w:t>Усанов Иван Моисеевич</w:t>
            </w:r>
          </w:p>
        </w:tc>
        <w:tc>
          <w:tcPr>
            <w:tcW w:w="1196" w:type="dxa"/>
          </w:tcPr>
          <w:p w14:paraId="7E4AEADB" w14:textId="77777777" w:rsidR="00886147" w:rsidRDefault="00000000">
            <w:r>
              <w:rPr>
                <w:rFonts w:ascii="Arial" w:hAnsi="Arial"/>
                <w:sz w:val="19"/>
              </w:rPr>
              <w:t>15.03.1921</w:t>
            </w:r>
          </w:p>
        </w:tc>
        <w:tc>
          <w:tcPr>
            <w:tcW w:w="2244" w:type="dxa"/>
          </w:tcPr>
          <w:p w14:paraId="1B20C899" w14:textId="77777777" w:rsidR="00886147" w:rsidRDefault="00000000">
            <w:r>
              <w:rPr>
                <w:rFonts w:ascii="Arial" w:hAnsi="Arial"/>
                <w:sz w:val="19"/>
              </w:rPr>
              <w:t>Могилёвская обл., д. Бастеновичи</w:t>
            </w:r>
          </w:p>
        </w:tc>
        <w:tc>
          <w:tcPr>
            <w:tcW w:w="2311" w:type="dxa"/>
          </w:tcPr>
          <w:p w14:paraId="53BC64EE" w14:textId="77777777" w:rsidR="00886147" w:rsidRDefault="00000000">
            <w:r>
              <w:rPr>
                <w:rFonts w:ascii="Arial" w:hAnsi="Arial"/>
                <w:sz w:val="19"/>
              </w:rPr>
              <w:t xml:space="preserve">рядовой </w:t>
            </w:r>
          </w:p>
        </w:tc>
        <w:tc>
          <w:tcPr>
            <w:tcW w:w="1669" w:type="dxa"/>
          </w:tcPr>
          <w:p w14:paraId="7D78E602" w14:textId="77777777" w:rsidR="00886147" w:rsidRPr="00BB23E9" w:rsidRDefault="00000000">
            <w:pPr>
              <w:rPr>
                <w:lang w:val="ru-RU"/>
              </w:rPr>
            </w:pP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Мстиславльский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РВК, Беларусь, Могилевская обл.,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Мстиславльский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р-н</w:t>
            </w:r>
          </w:p>
        </w:tc>
        <w:tc>
          <w:tcPr>
            <w:tcW w:w="2703" w:type="dxa"/>
          </w:tcPr>
          <w:p w14:paraId="221CDBFB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Усанова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sz w:val="19"/>
              </w:rPr>
              <w:t>Екатерина</w:t>
            </w:r>
            <w:proofErr w:type="spellEnd"/>
          </w:p>
        </w:tc>
        <w:tc>
          <w:tcPr>
            <w:tcW w:w="2244" w:type="dxa"/>
          </w:tcPr>
          <w:p w14:paraId="482FEC66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Могилёвская обл., Мстиславский р-н,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Ширковскийс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/с, </w:t>
            </w:r>
            <w:r w:rsidRPr="00BB23E9">
              <w:rPr>
                <w:rFonts w:ascii="Arial" w:hAnsi="Arial"/>
                <w:sz w:val="19"/>
                <w:lang w:val="ru-RU"/>
              </w:rPr>
              <w:br/>
              <w:t xml:space="preserve">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Бастеновичи</w:t>
            </w:r>
            <w:proofErr w:type="spellEnd"/>
          </w:p>
        </w:tc>
      </w:tr>
      <w:tr w:rsidR="00886147" w:rsidRPr="00BB23E9" w14:paraId="58143A1E" w14:textId="77777777" w:rsidTr="00BB23E9">
        <w:tc>
          <w:tcPr>
            <w:tcW w:w="675" w:type="dxa"/>
          </w:tcPr>
          <w:p w14:paraId="42643EFA" w14:textId="77777777" w:rsidR="00886147" w:rsidRDefault="00000000">
            <w:r>
              <w:rPr>
                <w:rFonts w:ascii="Arial" w:hAnsi="Arial"/>
                <w:sz w:val="19"/>
              </w:rPr>
              <w:t>67</w:t>
            </w:r>
          </w:p>
        </w:tc>
        <w:tc>
          <w:tcPr>
            <w:tcW w:w="1669" w:type="dxa"/>
          </w:tcPr>
          <w:p w14:paraId="1AD0E473" w14:textId="77777777" w:rsidR="00886147" w:rsidRDefault="00000000">
            <w:r>
              <w:rPr>
                <w:rFonts w:ascii="Arial" w:hAnsi="Arial"/>
                <w:sz w:val="19"/>
              </w:rPr>
              <w:t>Протасов Степан Захарович</w:t>
            </w:r>
          </w:p>
        </w:tc>
        <w:tc>
          <w:tcPr>
            <w:tcW w:w="1196" w:type="dxa"/>
          </w:tcPr>
          <w:p w14:paraId="5AD8CB45" w14:textId="77777777" w:rsidR="00886147" w:rsidRDefault="00000000">
            <w:r>
              <w:rPr>
                <w:rFonts w:ascii="Arial" w:hAnsi="Arial"/>
                <w:sz w:val="19"/>
              </w:rPr>
              <w:t>1920</w:t>
            </w:r>
          </w:p>
        </w:tc>
        <w:tc>
          <w:tcPr>
            <w:tcW w:w="2244" w:type="dxa"/>
          </w:tcPr>
          <w:p w14:paraId="49FAF872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Могилевская область, Костюковичский р-н, д. Н. Жуковка</w:t>
            </w:r>
          </w:p>
        </w:tc>
        <w:tc>
          <w:tcPr>
            <w:tcW w:w="2311" w:type="dxa"/>
          </w:tcPr>
          <w:p w14:paraId="3C1A1A36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рядовой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1669" w:type="dxa"/>
          </w:tcPr>
          <w:p w14:paraId="506C5991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Беларусь, Могилевская обл., Костюковичский р-н, Костюковичский РВК</w:t>
            </w:r>
          </w:p>
        </w:tc>
        <w:tc>
          <w:tcPr>
            <w:tcW w:w="2703" w:type="dxa"/>
          </w:tcPr>
          <w:p w14:paraId="67B4E23F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Протасова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sz w:val="19"/>
              </w:rPr>
              <w:t>Ольга</w:t>
            </w:r>
            <w:proofErr w:type="spellEnd"/>
          </w:p>
        </w:tc>
        <w:tc>
          <w:tcPr>
            <w:tcW w:w="2244" w:type="dxa"/>
          </w:tcPr>
          <w:p w14:paraId="21586B2C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Могилевская область, Костюковичский р-н, д. Н. Жуковка</w:t>
            </w:r>
          </w:p>
        </w:tc>
      </w:tr>
      <w:tr w:rsidR="00886147" w:rsidRPr="00BB23E9" w14:paraId="61310FA7" w14:textId="77777777" w:rsidTr="00BB23E9">
        <w:tc>
          <w:tcPr>
            <w:tcW w:w="675" w:type="dxa"/>
          </w:tcPr>
          <w:p w14:paraId="1B068783" w14:textId="77777777" w:rsidR="00886147" w:rsidRDefault="00000000">
            <w:r>
              <w:rPr>
                <w:rFonts w:ascii="Arial" w:hAnsi="Arial"/>
                <w:sz w:val="19"/>
              </w:rPr>
              <w:t>68</w:t>
            </w:r>
          </w:p>
        </w:tc>
        <w:tc>
          <w:tcPr>
            <w:tcW w:w="1669" w:type="dxa"/>
          </w:tcPr>
          <w:p w14:paraId="648974AB" w14:textId="77777777" w:rsidR="00886147" w:rsidRDefault="00000000">
            <w:r>
              <w:rPr>
                <w:rFonts w:ascii="Arial" w:hAnsi="Arial"/>
                <w:sz w:val="19"/>
              </w:rPr>
              <w:t>Матыгин Николай Дмитриевич</w:t>
            </w:r>
          </w:p>
        </w:tc>
        <w:tc>
          <w:tcPr>
            <w:tcW w:w="1196" w:type="dxa"/>
          </w:tcPr>
          <w:p w14:paraId="084DBA49" w14:textId="77777777" w:rsidR="00886147" w:rsidRDefault="00000000">
            <w:r>
              <w:rPr>
                <w:rFonts w:ascii="Arial" w:hAnsi="Arial"/>
                <w:sz w:val="19"/>
              </w:rPr>
              <w:t>06.05.1909</w:t>
            </w:r>
          </w:p>
        </w:tc>
        <w:tc>
          <w:tcPr>
            <w:tcW w:w="2244" w:type="dxa"/>
          </w:tcPr>
          <w:p w14:paraId="28F04728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Беларусь, Могилевская обл., г. Могилев</w:t>
            </w:r>
          </w:p>
        </w:tc>
        <w:tc>
          <w:tcPr>
            <w:tcW w:w="2311" w:type="dxa"/>
          </w:tcPr>
          <w:p w14:paraId="24E68BB2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лейтенант</w:t>
            </w:r>
            <w:proofErr w:type="spellEnd"/>
          </w:p>
        </w:tc>
        <w:tc>
          <w:tcPr>
            <w:tcW w:w="1669" w:type="dxa"/>
          </w:tcPr>
          <w:p w14:paraId="3B89EE0D" w14:textId="77777777" w:rsidR="00886147" w:rsidRDefault="00886147"/>
        </w:tc>
        <w:tc>
          <w:tcPr>
            <w:tcW w:w="2703" w:type="dxa"/>
          </w:tcPr>
          <w:p w14:paraId="357E4004" w14:textId="77777777" w:rsidR="00886147" w:rsidRDefault="00000000">
            <w:r>
              <w:rPr>
                <w:rFonts w:ascii="Arial" w:hAnsi="Arial"/>
                <w:sz w:val="19"/>
              </w:rPr>
              <w:t>Матыгина Евгения</w:t>
            </w:r>
          </w:p>
        </w:tc>
        <w:tc>
          <w:tcPr>
            <w:tcW w:w="2244" w:type="dxa"/>
          </w:tcPr>
          <w:p w14:paraId="476AA462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г. Могилев, 2-й Краснопольский переулок, дом 12, кв.3</w:t>
            </w:r>
          </w:p>
        </w:tc>
      </w:tr>
      <w:tr w:rsidR="00886147" w14:paraId="0ED33587" w14:textId="77777777" w:rsidTr="00BB23E9">
        <w:tc>
          <w:tcPr>
            <w:tcW w:w="675" w:type="dxa"/>
          </w:tcPr>
          <w:p w14:paraId="32326185" w14:textId="77777777" w:rsidR="00886147" w:rsidRDefault="00000000">
            <w:r>
              <w:rPr>
                <w:rFonts w:ascii="Arial" w:hAnsi="Arial"/>
                <w:sz w:val="19"/>
              </w:rPr>
              <w:t>69</w:t>
            </w:r>
          </w:p>
        </w:tc>
        <w:tc>
          <w:tcPr>
            <w:tcW w:w="1669" w:type="dxa"/>
          </w:tcPr>
          <w:p w14:paraId="51D3FBB7" w14:textId="77777777" w:rsidR="00886147" w:rsidRDefault="00000000">
            <w:r>
              <w:rPr>
                <w:rFonts w:ascii="Arial" w:hAnsi="Arial"/>
                <w:sz w:val="19"/>
              </w:rPr>
              <w:t>Скрипко Семен Степанович</w:t>
            </w:r>
          </w:p>
        </w:tc>
        <w:tc>
          <w:tcPr>
            <w:tcW w:w="1196" w:type="dxa"/>
          </w:tcPr>
          <w:p w14:paraId="4C6C717F" w14:textId="77777777" w:rsidR="00886147" w:rsidRDefault="00000000">
            <w:r>
              <w:rPr>
                <w:rFonts w:ascii="Arial" w:hAnsi="Arial"/>
                <w:sz w:val="19"/>
              </w:rPr>
              <w:t>30.08.1915</w:t>
            </w:r>
          </w:p>
        </w:tc>
        <w:tc>
          <w:tcPr>
            <w:tcW w:w="2244" w:type="dxa"/>
          </w:tcPr>
          <w:p w14:paraId="774B030E" w14:textId="77777777" w:rsidR="00886147" w:rsidRDefault="00000000">
            <w:r>
              <w:rPr>
                <w:rFonts w:ascii="Arial" w:hAnsi="Arial"/>
                <w:sz w:val="19"/>
              </w:rPr>
              <w:t>дер.Кобылевка</w:t>
            </w:r>
          </w:p>
        </w:tc>
        <w:tc>
          <w:tcPr>
            <w:tcW w:w="2311" w:type="dxa"/>
          </w:tcPr>
          <w:p w14:paraId="13C11BD6" w14:textId="77777777" w:rsidR="00886147" w:rsidRDefault="00000000">
            <w:r>
              <w:rPr>
                <w:rFonts w:ascii="Arial" w:hAnsi="Arial"/>
                <w:sz w:val="19"/>
              </w:rPr>
              <w:t>лейтенант</w:t>
            </w:r>
          </w:p>
        </w:tc>
        <w:tc>
          <w:tcPr>
            <w:tcW w:w="1669" w:type="dxa"/>
          </w:tcPr>
          <w:p w14:paraId="72559C02" w14:textId="77777777" w:rsidR="00886147" w:rsidRDefault="00886147"/>
        </w:tc>
        <w:tc>
          <w:tcPr>
            <w:tcW w:w="2703" w:type="dxa"/>
          </w:tcPr>
          <w:p w14:paraId="594EEC91" w14:textId="77777777" w:rsidR="00886147" w:rsidRDefault="00000000">
            <w:r>
              <w:rPr>
                <w:rFonts w:ascii="Arial" w:hAnsi="Arial"/>
                <w:sz w:val="19"/>
              </w:rPr>
              <w:t>Скрипко Марья Григорьевна</w:t>
            </w:r>
          </w:p>
        </w:tc>
        <w:tc>
          <w:tcPr>
            <w:tcW w:w="2244" w:type="dxa"/>
          </w:tcPr>
          <w:p w14:paraId="43D6499F" w14:textId="77777777" w:rsidR="00886147" w:rsidRDefault="00000000">
            <w:r>
              <w:rPr>
                <w:rFonts w:ascii="Arial" w:hAnsi="Arial"/>
                <w:sz w:val="19"/>
              </w:rPr>
              <w:t>г. Могилёв, дер.Кобылевка</w:t>
            </w:r>
          </w:p>
        </w:tc>
      </w:tr>
      <w:tr w:rsidR="00886147" w:rsidRPr="00BB23E9" w14:paraId="7A49E351" w14:textId="77777777" w:rsidTr="00BB23E9">
        <w:tc>
          <w:tcPr>
            <w:tcW w:w="675" w:type="dxa"/>
          </w:tcPr>
          <w:p w14:paraId="57B92A93" w14:textId="77777777" w:rsidR="00886147" w:rsidRDefault="00000000">
            <w:r>
              <w:rPr>
                <w:rFonts w:ascii="Arial" w:hAnsi="Arial"/>
                <w:sz w:val="19"/>
              </w:rPr>
              <w:t>70</w:t>
            </w:r>
          </w:p>
        </w:tc>
        <w:tc>
          <w:tcPr>
            <w:tcW w:w="1669" w:type="dxa"/>
          </w:tcPr>
          <w:p w14:paraId="75A31B85" w14:textId="77777777" w:rsidR="00886147" w:rsidRDefault="00000000">
            <w:r>
              <w:rPr>
                <w:rFonts w:ascii="Arial" w:hAnsi="Arial"/>
                <w:sz w:val="19"/>
              </w:rPr>
              <w:t>Сиротин Григорий Максимович</w:t>
            </w:r>
          </w:p>
        </w:tc>
        <w:tc>
          <w:tcPr>
            <w:tcW w:w="1196" w:type="dxa"/>
          </w:tcPr>
          <w:p w14:paraId="0D63C085" w14:textId="77777777" w:rsidR="00886147" w:rsidRDefault="00000000">
            <w:r>
              <w:rPr>
                <w:rFonts w:ascii="Arial" w:hAnsi="Arial"/>
                <w:sz w:val="19"/>
              </w:rPr>
              <w:t>25.05.1915</w:t>
            </w:r>
          </w:p>
        </w:tc>
        <w:tc>
          <w:tcPr>
            <w:tcW w:w="2244" w:type="dxa"/>
          </w:tcPr>
          <w:p w14:paraId="46DD63E4" w14:textId="77777777" w:rsidR="00886147" w:rsidRDefault="00000000">
            <w:r>
              <w:rPr>
                <w:rFonts w:ascii="Arial" w:hAnsi="Arial"/>
                <w:sz w:val="19"/>
              </w:rPr>
              <w:t>Первая Украинка</w:t>
            </w:r>
          </w:p>
        </w:tc>
        <w:tc>
          <w:tcPr>
            <w:tcW w:w="2311" w:type="dxa"/>
          </w:tcPr>
          <w:p w14:paraId="364DF6CC" w14:textId="77777777" w:rsidR="00886147" w:rsidRDefault="00000000">
            <w:r>
              <w:rPr>
                <w:rFonts w:ascii="Arial" w:hAnsi="Arial"/>
                <w:sz w:val="19"/>
              </w:rPr>
              <w:t>лейтенант</w:t>
            </w:r>
          </w:p>
        </w:tc>
        <w:tc>
          <w:tcPr>
            <w:tcW w:w="1669" w:type="dxa"/>
          </w:tcPr>
          <w:p w14:paraId="6801C932" w14:textId="77777777" w:rsidR="00886147" w:rsidRDefault="00886147"/>
        </w:tc>
        <w:tc>
          <w:tcPr>
            <w:tcW w:w="2703" w:type="dxa"/>
          </w:tcPr>
          <w:p w14:paraId="2790823F" w14:textId="77777777" w:rsidR="00886147" w:rsidRDefault="00000000">
            <w:r>
              <w:rPr>
                <w:rFonts w:ascii="Arial" w:hAnsi="Arial"/>
                <w:sz w:val="19"/>
              </w:rPr>
              <w:t>Денисов Василий Яковлевич</w:t>
            </w:r>
          </w:p>
        </w:tc>
        <w:tc>
          <w:tcPr>
            <w:tcW w:w="2244" w:type="dxa"/>
          </w:tcPr>
          <w:p w14:paraId="6DE160C2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г. Могилев,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Поликовский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с/с, село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Поликовичи</w:t>
            </w:r>
            <w:proofErr w:type="spellEnd"/>
          </w:p>
        </w:tc>
      </w:tr>
      <w:tr w:rsidR="00886147" w:rsidRPr="00BB23E9" w14:paraId="3A297EB9" w14:textId="77777777" w:rsidTr="00BB23E9">
        <w:tc>
          <w:tcPr>
            <w:tcW w:w="675" w:type="dxa"/>
          </w:tcPr>
          <w:p w14:paraId="7FA2898A" w14:textId="77777777" w:rsidR="00886147" w:rsidRDefault="00000000">
            <w:r>
              <w:rPr>
                <w:rFonts w:ascii="Arial" w:hAnsi="Arial"/>
                <w:sz w:val="19"/>
              </w:rPr>
              <w:t>71</w:t>
            </w:r>
          </w:p>
        </w:tc>
        <w:tc>
          <w:tcPr>
            <w:tcW w:w="1669" w:type="dxa"/>
          </w:tcPr>
          <w:p w14:paraId="198381B9" w14:textId="77777777" w:rsidR="00886147" w:rsidRDefault="00000000">
            <w:r>
              <w:rPr>
                <w:rFonts w:ascii="Arial" w:hAnsi="Arial"/>
                <w:sz w:val="19"/>
              </w:rPr>
              <w:t xml:space="preserve">Длугоканский Александр Сергеевич </w:t>
            </w:r>
          </w:p>
        </w:tc>
        <w:tc>
          <w:tcPr>
            <w:tcW w:w="1196" w:type="dxa"/>
          </w:tcPr>
          <w:p w14:paraId="65146328" w14:textId="77777777" w:rsidR="00886147" w:rsidRDefault="00000000">
            <w:r>
              <w:rPr>
                <w:rFonts w:ascii="Arial" w:hAnsi="Arial"/>
                <w:sz w:val="19"/>
              </w:rPr>
              <w:t>08.06.1920</w:t>
            </w:r>
          </w:p>
        </w:tc>
        <w:tc>
          <w:tcPr>
            <w:tcW w:w="2244" w:type="dxa"/>
          </w:tcPr>
          <w:p w14:paraId="5A2CE446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 Беларусь, Могилевская обл., г. Могилев</w:t>
            </w:r>
          </w:p>
        </w:tc>
        <w:tc>
          <w:tcPr>
            <w:tcW w:w="2311" w:type="dxa"/>
          </w:tcPr>
          <w:p w14:paraId="073E3D1B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военфельдшер</w:t>
            </w:r>
            <w:proofErr w:type="spellEnd"/>
          </w:p>
        </w:tc>
        <w:tc>
          <w:tcPr>
            <w:tcW w:w="1669" w:type="dxa"/>
          </w:tcPr>
          <w:p w14:paraId="79BAE8F5" w14:textId="77777777" w:rsidR="00886147" w:rsidRDefault="00886147"/>
        </w:tc>
        <w:tc>
          <w:tcPr>
            <w:tcW w:w="2703" w:type="dxa"/>
          </w:tcPr>
          <w:p w14:paraId="1287E908" w14:textId="77777777" w:rsidR="00886147" w:rsidRDefault="00000000">
            <w:r>
              <w:rPr>
                <w:rFonts w:ascii="Arial" w:hAnsi="Arial"/>
                <w:sz w:val="19"/>
              </w:rPr>
              <w:t xml:space="preserve">Отец Длугоканский Сергей </w:t>
            </w:r>
          </w:p>
        </w:tc>
        <w:tc>
          <w:tcPr>
            <w:tcW w:w="2244" w:type="dxa"/>
          </w:tcPr>
          <w:p w14:paraId="03038C49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г. Могилев, ул.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Карабановская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, д. 13 </w:t>
            </w:r>
          </w:p>
        </w:tc>
      </w:tr>
      <w:tr w:rsidR="00886147" w:rsidRPr="00BB23E9" w14:paraId="20CA0780" w14:textId="77777777" w:rsidTr="00BB23E9">
        <w:tc>
          <w:tcPr>
            <w:tcW w:w="675" w:type="dxa"/>
          </w:tcPr>
          <w:p w14:paraId="64EF4D82" w14:textId="77777777" w:rsidR="00886147" w:rsidRDefault="00000000">
            <w:r>
              <w:rPr>
                <w:rFonts w:ascii="Arial" w:hAnsi="Arial"/>
                <w:sz w:val="19"/>
              </w:rPr>
              <w:t>72</w:t>
            </w:r>
          </w:p>
        </w:tc>
        <w:tc>
          <w:tcPr>
            <w:tcW w:w="1669" w:type="dxa"/>
          </w:tcPr>
          <w:p w14:paraId="4B7D5DF3" w14:textId="77777777" w:rsidR="00886147" w:rsidRDefault="00000000">
            <w:r>
              <w:rPr>
                <w:rFonts w:ascii="Arial" w:hAnsi="Arial"/>
                <w:sz w:val="19"/>
              </w:rPr>
              <w:t>Жиловачик Иван Михайлович</w:t>
            </w:r>
          </w:p>
        </w:tc>
        <w:tc>
          <w:tcPr>
            <w:tcW w:w="1196" w:type="dxa"/>
          </w:tcPr>
          <w:p w14:paraId="238A186F" w14:textId="77777777" w:rsidR="00886147" w:rsidRDefault="00000000">
            <w:r>
              <w:rPr>
                <w:rFonts w:ascii="Arial" w:hAnsi="Arial"/>
                <w:sz w:val="19"/>
              </w:rPr>
              <w:t>18.08.1918</w:t>
            </w:r>
          </w:p>
        </w:tc>
        <w:tc>
          <w:tcPr>
            <w:tcW w:w="2244" w:type="dxa"/>
          </w:tcPr>
          <w:p w14:paraId="03D8160C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Беларусь, Могилевская обл., г. Могилев</w:t>
            </w:r>
          </w:p>
        </w:tc>
        <w:tc>
          <w:tcPr>
            <w:tcW w:w="2311" w:type="dxa"/>
          </w:tcPr>
          <w:p w14:paraId="13D274EC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лейтенант</w:t>
            </w:r>
            <w:proofErr w:type="spellEnd"/>
          </w:p>
        </w:tc>
        <w:tc>
          <w:tcPr>
            <w:tcW w:w="1669" w:type="dxa"/>
          </w:tcPr>
          <w:p w14:paraId="0BDC3BCF" w14:textId="77777777" w:rsidR="00886147" w:rsidRDefault="00886147"/>
        </w:tc>
        <w:tc>
          <w:tcPr>
            <w:tcW w:w="2703" w:type="dxa"/>
          </w:tcPr>
          <w:p w14:paraId="1AEF1EE9" w14:textId="77777777" w:rsidR="00886147" w:rsidRDefault="00000000">
            <w:r>
              <w:rPr>
                <w:rFonts w:ascii="Arial" w:hAnsi="Arial"/>
                <w:sz w:val="19"/>
              </w:rPr>
              <w:t>Жиловачик Василий, Мать Мария</w:t>
            </w:r>
          </w:p>
        </w:tc>
        <w:tc>
          <w:tcPr>
            <w:tcW w:w="2244" w:type="dxa"/>
          </w:tcPr>
          <w:p w14:paraId="628198A6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г. Могилев, ул. Котельникова (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Жиловачик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Василий)</w:t>
            </w:r>
          </w:p>
        </w:tc>
      </w:tr>
      <w:tr w:rsidR="00886147" w:rsidRPr="00BB23E9" w14:paraId="09A728EC" w14:textId="77777777" w:rsidTr="00BB23E9">
        <w:tc>
          <w:tcPr>
            <w:tcW w:w="675" w:type="dxa"/>
          </w:tcPr>
          <w:p w14:paraId="018E8242" w14:textId="77777777" w:rsidR="00886147" w:rsidRDefault="00000000">
            <w:r>
              <w:rPr>
                <w:rFonts w:ascii="Arial" w:hAnsi="Arial"/>
                <w:sz w:val="19"/>
              </w:rPr>
              <w:t>73</w:t>
            </w:r>
          </w:p>
        </w:tc>
        <w:tc>
          <w:tcPr>
            <w:tcW w:w="1669" w:type="dxa"/>
          </w:tcPr>
          <w:p w14:paraId="5327DFC3" w14:textId="77777777" w:rsidR="00886147" w:rsidRDefault="00000000">
            <w:r>
              <w:rPr>
                <w:rFonts w:ascii="Arial" w:hAnsi="Arial"/>
                <w:sz w:val="19"/>
              </w:rPr>
              <w:t>Марахонов Константин Пахомович</w:t>
            </w:r>
          </w:p>
        </w:tc>
        <w:tc>
          <w:tcPr>
            <w:tcW w:w="1196" w:type="dxa"/>
          </w:tcPr>
          <w:p w14:paraId="3BC0281D" w14:textId="77777777" w:rsidR="00886147" w:rsidRDefault="00000000">
            <w:r>
              <w:rPr>
                <w:rFonts w:ascii="Arial" w:hAnsi="Arial"/>
                <w:sz w:val="19"/>
              </w:rPr>
              <w:t>21.05.1919</w:t>
            </w:r>
          </w:p>
        </w:tc>
        <w:tc>
          <w:tcPr>
            <w:tcW w:w="2244" w:type="dxa"/>
          </w:tcPr>
          <w:p w14:paraId="55CFB188" w14:textId="77777777" w:rsidR="00886147" w:rsidRDefault="00000000">
            <w:r>
              <w:rPr>
                <w:rFonts w:ascii="Arial" w:hAnsi="Arial"/>
                <w:sz w:val="19"/>
              </w:rPr>
              <w:t>д. Каменка</w:t>
            </w:r>
          </w:p>
        </w:tc>
        <w:tc>
          <w:tcPr>
            <w:tcW w:w="2311" w:type="dxa"/>
          </w:tcPr>
          <w:p w14:paraId="1BDA95CF" w14:textId="77777777" w:rsidR="00886147" w:rsidRDefault="00000000">
            <w:r>
              <w:rPr>
                <w:rFonts w:ascii="Arial" w:hAnsi="Arial"/>
                <w:sz w:val="19"/>
              </w:rPr>
              <w:t>Рядовой</w:t>
            </w:r>
          </w:p>
        </w:tc>
        <w:tc>
          <w:tcPr>
            <w:tcW w:w="1669" w:type="dxa"/>
          </w:tcPr>
          <w:p w14:paraId="2BB1F327" w14:textId="77777777" w:rsidR="00886147" w:rsidRPr="00BB23E9" w:rsidRDefault="00000000">
            <w:pPr>
              <w:rPr>
                <w:lang w:val="ru-RU"/>
              </w:rPr>
            </w:pP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Мстиславльский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РВК, Беларусь, Могилевская обл.</w:t>
            </w:r>
          </w:p>
        </w:tc>
        <w:tc>
          <w:tcPr>
            <w:tcW w:w="2703" w:type="dxa"/>
          </w:tcPr>
          <w:p w14:paraId="64C9E78C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Марахонов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sz w:val="19"/>
              </w:rPr>
              <w:t>Пахом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sz w:val="19"/>
              </w:rPr>
              <w:t>Тимофеевич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244" w:type="dxa"/>
          </w:tcPr>
          <w:p w14:paraId="30C4D188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область,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Мстиславльский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район, д. Каменка</w:t>
            </w:r>
          </w:p>
        </w:tc>
      </w:tr>
      <w:tr w:rsidR="00886147" w:rsidRPr="00BB23E9" w14:paraId="16E156EF" w14:textId="77777777" w:rsidTr="00BB23E9">
        <w:tc>
          <w:tcPr>
            <w:tcW w:w="675" w:type="dxa"/>
          </w:tcPr>
          <w:p w14:paraId="6CD9A964" w14:textId="77777777" w:rsidR="00886147" w:rsidRDefault="00000000">
            <w:r>
              <w:rPr>
                <w:rFonts w:ascii="Arial" w:hAnsi="Arial"/>
                <w:sz w:val="19"/>
              </w:rPr>
              <w:t>74</w:t>
            </w:r>
          </w:p>
        </w:tc>
        <w:tc>
          <w:tcPr>
            <w:tcW w:w="1669" w:type="dxa"/>
          </w:tcPr>
          <w:p w14:paraId="7544625A" w14:textId="77777777" w:rsidR="00886147" w:rsidRDefault="00000000">
            <w:r>
              <w:rPr>
                <w:rFonts w:ascii="Arial" w:hAnsi="Arial"/>
                <w:sz w:val="19"/>
              </w:rPr>
              <w:t>Осмоловский Иван Егорович</w:t>
            </w:r>
          </w:p>
        </w:tc>
        <w:tc>
          <w:tcPr>
            <w:tcW w:w="1196" w:type="dxa"/>
          </w:tcPr>
          <w:p w14:paraId="5B7E0ECE" w14:textId="77777777" w:rsidR="00886147" w:rsidRDefault="00000000">
            <w:r>
              <w:rPr>
                <w:rFonts w:ascii="Arial" w:hAnsi="Arial"/>
                <w:sz w:val="19"/>
              </w:rPr>
              <w:t>28.10.1909</w:t>
            </w:r>
          </w:p>
        </w:tc>
        <w:tc>
          <w:tcPr>
            <w:tcW w:w="2244" w:type="dxa"/>
          </w:tcPr>
          <w:p w14:paraId="0E0AD546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Могилевская обл., Климовичский р-н,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Осмоловичи</w:t>
            </w:r>
            <w:proofErr w:type="spellEnd"/>
          </w:p>
        </w:tc>
        <w:tc>
          <w:tcPr>
            <w:tcW w:w="2311" w:type="dxa"/>
          </w:tcPr>
          <w:p w14:paraId="50A48923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мл</w:t>
            </w:r>
            <w:proofErr w:type="spellEnd"/>
            <w:r>
              <w:rPr>
                <w:rFonts w:ascii="Arial" w:hAnsi="Arial"/>
                <w:sz w:val="19"/>
              </w:rPr>
              <w:t xml:space="preserve">. </w:t>
            </w:r>
            <w:proofErr w:type="spellStart"/>
            <w:r>
              <w:rPr>
                <w:rFonts w:ascii="Arial" w:hAnsi="Arial"/>
                <w:sz w:val="19"/>
              </w:rPr>
              <w:t>лейтенант</w:t>
            </w:r>
            <w:proofErr w:type="spellEnd"/>
            <w:r>
              <w:rPr>
                <w:rFonts w:ascii="Arial" w:hAnsi="Arial"/>
                <w:sz w:val="19"/>
              </w:rPr>
              <w:t xml:space="preserve">, 21 </w:t>
            </w:r>
            <w:proofErr w:type="spellStart"/>
            <w:r>
              <w:rPr>
                <w:rFonts w:ascii="Arial" w:hAnsi="Arial"/>
                <w:sz w:val="19"/>
              </w:rPr>
              <w:t>осб</w:t>
            </w:r>
            <w:proofErr w:type="spellEnd"/>
            <w:r>
              <w:rPr>
                <w:rFonts w:ascii="Arial" w:hAnsi="Arial"/>
                <w:sz w:val="19"/>
              </w:rPr>
              <w:t xml:space="preserve"> 8сд</w:t>
            </w:r>
          </w:p>
        </w:tc>
        <w:tc>
          <w:tcPr>
            <w:tcW w:w="1669" w:type="dxa"/>
          </w:tcPr>
          <w:p w14:paraId="532DF215" w14:textId="77777777" w:rsidR="00886147" w:rsidRDefault="00000000">
            <w:r>
              <w:rPr>
                <w:rFonts w:ascii="Arial" w:hAnsi="Arial"/>
                <w:sz w:val="19"/>
              </w:rPr>
              <w:t>Бобруйский облвоенкомат</w:t>
            </w:r>
          </w:p>
        </w:tc>
        <w:tc>
          <w:tcPr>
            <w:tcW w:w="2703" w:type="dxa"/>
          </w:tcPr>
          <w:p w14:paraId="24ACFED3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Харченко Мария Викентьевна - жена, Осмоловская Анна Васильевна</w:t>
            </w:r>
          </w:p>
        </w:tc>
        <w:tc>
          <w:tcPr>
            <w:tcW w:w="2244" w:type="dxa"/>
          </w:tcPr>
          <w:p w14:paraId="1BB8AD69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Бобруйский район,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торфозавод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&amp;</w:t>
            </w:r>
            <w:proofErr w:type="spellStart"/>
            <w:proofErr w:type="gramStart"/>
            <w:r>
              <w:rPr>
                <w:rFonts w:ascii="Arial" w:hAnsi="Arial"/>
                <w:sz w:val="19"/>
              </w:rPr>
              <w:t>quot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>;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Белорусь</w:t>
            </w:r>
            <w:proofErr w:type="spellEnd"/>
            <w:proofErr w:type="gramEnd"/>
            <w:r w:rsidRPr="00BB23E9">
              <w:rPr>
                <w:rFonts w:ascii="Arial" w:hAnsi="Arial"/>
                <w:sz w:val="19"/>
                <w:lang w:val="ru-RU"/>
              </w:rPr>
              <w:t>&amp;</w:t>
            </w:r>
            <w:proofErr w:type="spellStart"/>
            <w:r>
              <w:rPr>
                <w:rFonts w:ascii="Arial" w:hAnsi="Arial"/>
                <w:sz w:val="19"/>
              </w:rPr>
              <w:t>quot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>;</w:t>
            </w:r>
            <w:r w:rsidRPr="00BB23E9">
              <w:rPr>
                <w:rFonts w:ascii="Arial" w:hAnsi="Arial"/>
                <w:sz w:val="19"/>
                <w:lang w:val="ru-RU"/>
              </w:rPr>
              <w:br/>
              <w:t xml:space="preserve">Беларусь, Могилевская обл.,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lastRenderedPageBreak/>
              <w:t>Климовический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район,  с/с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Осмоловичи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Осмоловичи</w:t>
            </w:r>
            <w:proofErr w:type="spellEnd"/>
          </w:p>
        </w:tc>
      </w:tr>
      <w:tr w:rsidR="00886147" w:rsidRPr="00BB23E9" w14:paraId="5B4FC11D" w14:textId="77777777" w:rsidTr="00BB23E9">
        <w:tc>
          <w:tcPr>
            <w:tcW w:w="675" w:type="dxa"/>
          </w:tcPr>
          <w:p w14:paraId="5DD0D4BB" w14:textId="77777777" w:rsidR="00886147" w:rsidRDefault="00000000">
            <w:r>
              <w:rPr>
                <w:rFonts w:ascii="Arial" w:hAnsi="Arial"/>
                <w:sz w:val="19"/>
              </w:rPr>
              <w:lastRenderedPageBreak/>
              <w:t>75</w:t>
            </w:r>
          </w:p>
        </w:tc>
        <w:tc>
          <w:tcPr>
            <w:tcW w:w="1669" w:type="dxa"/>
          </w:tcPr>
          <w:p w14:paraId="2F7DF5D5" w14:textId="77777777" w:rsidR="00886147" w:rsidRDefault="00000000">
            <w:r>
              <w:rPr>
                <w:rFonts w:ascii="Arial" w:hAnsi="Arial"/>
                <w:sz w:val="19"/>
              </w:rPr>
              <w:t>Бурсов Владимир Викторович</w:t>
            </w:r>
          </w:p>
        </w:tc>
        <w:tc>
          <w:tcPr>
            <w:tcW w:w="1196" w:type="dxa"/>
          </w:tcPr>
          <w:p w14:paraId="0E4CB570" w14:textId="77777777" w:rsidR="00886147" w:rsidRDefault="00000000">
            <w:r>
              <w:rPr>
                <w:rFonts w:ascii="Arial" w:hAnsi="Arial"/>
                <w:sz w:val="19"/>
              </w:rPr>
              <w:t>30.05.1914</w:t>
            </w:r>
          </w:p>
        </w:tc>
        <w:tc>
          <w:tcPr>
            <w:tcW w:w="2244" w:type="dxa"/>
          </w:tcPr>
          <w:p w14:paraId="2FD940FC" w14:textId="77777777" w:rsidR="00886147" w:rsidRDefault="00000000">
            <w:r>
              <w:rPr>
                <w:rFonts w:ascii="Arial" w:hAnsi="Arial"/>
                <w:sz w:val="19"/>
              </w:rPr>
              <w:t>Могилевская обл.</w:t>
            </w:r>
          </w:p>
        </w:tc>
        <w:tc>
          <w:tcPr>
            <w:tcW w:w="2311" w:type="dxa"/>
          </w:tcPr>
          <w:p w14:paraId="3C9EDF56" w14:textId="77777777" w:rsidR="00886147" w:rsidRDefault="00000000">
            <w:r>
              <w:rPr>
                <w:rFonts w:ascii="Arial" w:hAnsi="Arial"/>
                <w:sz w:val="19"/>
              </w:rPr>
              <w:t>лейтенант</w:t>
            </w:r>
          </w:p>
        </w:tc>
        <w:tc>
          <w:tcPr>
            <w:tcW w:w="1669" w:type="dxa"/>
          </w:tcPr>
          <w:p w14:paraId="35EAAD46" w14:textId="77777777" w:rsidR="00886147" w:rsidRDefault="00886147"/>
        </w:tc>
        <w:tc>
          <w:tcPr>
            <w:tcW w:w="2703" w:type="dxa"/>
          </w:tcPr>
          <w:p w14:paraId="070637C4" w14:textId="77777777" w:rsidR="00886147" w:rsidRDefault="00886147"/>
        </w:tc>
        <w:tc>
          <w:tcPr>
            <w:tcW w:w="2244" w:type="dxa"/>
          </w:tcPr>
          <w:p w14:paraId="14960BCF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обл., Белыничский р-он,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Сурды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</w:t>
            </w:r>
          </w:p>
        </w:tc>
      </w:tr>
      <w:tr w:rsidR="00886147" w:rsidRPr="00BB23E9" w14:paraId="6A77601F" w14:textId="77777777" w:rsidTr="00BB23E9">
        <w:tc>
          <w:tcPr>
            <w:tcW w:w="675" w:type="dxa"/>
          </w:tcPr>
          <w:p w14:paraId="1DB0693A" w14:textId="77777777" w:rsidR="00886147" w:rsidRDefault="00000000">
            <w:r>
              <w:rPr>
                <w:rFonts w:ascii="Arial" w:hAnsi="Arial"/>
                <w:sz w:val="19"/>
              </w:rPr>
              <w:t>76</w:t>
            </w:r>
          </w:p>
        </w:tc>
        <w:tc>
          <w:tcPr>
            <w:tcW w:w="1669" w:type="dxa"/>
          </w:tcPr>
          <w:p w14:paraId="13C19AEF" w14:textId="77777777" w:rsidR="00886147" w:rsidRDefault="00000000">
            <w:r>
              <w:rPr>
                <w:rFonts w:ascii="Arial" w:hAnsi="Arial"/>
                <w:sz w:val="19"/>
              </w:rPr>
              <w:t>Лобанов Ефим Васильевич</w:t>
            </w:r>
          </w:p>
        </w:tc>
        <w:tc>
          <w:tcPr>
            <w:tcW w:w="1196" w:type="dxa"/>
          </w:tcPr>
          <w:p w14:paraId="05617388" w14:textId="77777777" w:rsidR="00886147" w:rsidRDefault="00000000">
            <w:r>
              <w:rPr>
                <w:rFonts w:ascii="Arial" w:hAnsi="Arial"/>
                <w:sz w:val="19"/>
              </w:rPr>
              <w:t>28.06.1895</w:t>
            </w:r>
          </w:p>
        </w:tc>
        <w:tc>
          <w:tcPr>
            <w:tcW w:w="2244" w:type="dxa"/>
          </w:tcPr>
          <w:p w14:paraId="0699DE6F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Жаничи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>, Шкловский район, Могилёвская обл., БССР</w:t>
            </w:r>
          </w:p>
        </w:tc>
        <w:tc>
          <w:tcPr>
            <w:tcW w:w="2311" w:type="dxa"/>
          </w:tcPr>
          <w:p w14:paraId="57F6FA60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Красноармеец</w:t>
            </w:r>
            <w:proofErr w:type="spellEnd"/>
          </w:p>
        </w:tc>
        <w:tc>
          <w:tcPr>
            <w:tcW w:w="1669" w:type="dxa"/>
          </w:tcPr>
          <w:p w14:paraId="38F01B9A" w14:textId="77777777" w:rsidR="00886147" w:rsidRDefault="00886147"/>
        </w:tc>
        <w:tc>
          <w:tcPr>
            <w:tcW w:w="2703" w:type="dxa"/>
          </w:tcPr>
          <w:p w14:paraId="6E5FBDE8" w14:textId="77777777" w:rsidR="00886147" w:rsidRDefault="00000000">
            <w:r>
              <w:rPr>
                <w:rFonts w:ascii="Arial" w:hAnsi="Arial"/>
                <w:sz w:val="19"/>
              </w:rPr>
              <w:t>Лобанова Анна</w:t>
            </w:r>
          </w:p>
        </w:tc>
        <w:tc>
          <w:tcPr>
            <w:tcW w:w="2244" w:type="dxa"/>
          </w:tcPr>
          <w:p w14:paraId="6A055AC0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Жаничи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>, Шкловский район, Могилёвская обл., БССР</w:t>
            </w:r>
          </w:p>
        </w:tc>
      </w:tr>
      <w:tr w:rsidR="00886147" w:rsidRPr="00BB23E9" w14:paraId="5380730F" w14:textId="77777777" w:rsidTr="00BB23E9">
        <w:tc>
          <w:tcPr>
            <w:tcW w:w="675" w:type="dxa"/>
          </w:tcPr>
          <w:p w14:paraId="00AF8671" w14:textId="77777777" w:rsidR="00886147" w:rsidRDefault="00000000">
            <w:r>
              <w:rPr>
                <w:rFonts w:ascii="Arial" w:hAnsi="Arial"/>
                <w:sz w:val="19"/>
              </w:rPr>
              <w:t>77</w:t>
            </w:r>
          </w:p>
        </w:tc>
        <w:tc>
          <w:tcPr>
            <w:tcW w:w="1669" w:type="dxa"/>
          </w:tcPr>
          <w:p w14:paraId="68C55638" w14:textId="77777777" w:rsidR="00886147" w:rsidRDefault="00000000">
            <w:r>
              <w:rPr>
                <w:rFonts w:ascii="Arial" w:hAnsi="Arial"/>
                <w:sz w:val="19"/>
              </w:rPr>
              <w:t>Лебедев Павел Прохорович</w:t>
            </w:r>
          </w:p>
        </w:tc>
        <w:tc>
          <w:tcPr>
            <w:tcW w:w="1196" w:type="dxa"/>
          </w:tcPr>
          <w:p w14:paraId="758992E2" w14:textId="77777777" w:rsidR="00886147" w:rsidRDefault="00000000">
            <w:r>
              <w:rPr>
                <w:rFonts w:ascii="Arial" w:hAnsi="Arial"/>
                <w:sz w:val="19"/>
              </w:rPr>
              <w:t>1901</w:t>
            </w:r>
          </w:p>
        </w:tc>
        <w:tc>
          <w:tcPr>
            <w:tcW w:w="2244" w:type="dxa"/>
          </w:tcPr>
          <w:p w14:paraId="39D4ED06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д. Нижняя Жуковка, Костюковский район, Могилёвская обл., БССР</w:t>
            </w:r>
          </w:p>
        </w:tc>
        <w:tc>
          <w:tcPr>
            <w:tcW w:w="2311" w:type="dxa"/>
          </w:tcPr>
          <w:p w14:paraId="3895E203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Красноармеец</w:t>
            </w:r>
            <w:proofErr w:type="spellEnd"/>
          </w:p>
        </w:tc>
        <w:tc>
          <w:tcPr>
            <w:tcW w:w="1669" w:type="dxa"/>
          </w:tcPr>
          <w:p w14:paraId="690C56F8" w14:textId="77777777" w:rsidR="00886147" w:rsidRDefault="00886147"/>
        </w:tc>
        <w:tc>
          <w:tcPr>
            <w:tcW w:w="2703" w:type="dxa"/>
          </w:tcPr>
          <w:p w14:paraId="197145AF" w14:textId="77777777" w:rsidR="00886147" w:rsidRDefault="00000000">
            <w:r>
              <w:rPr>
                <w:rFonts w:ascii="Arial" w:hAnsi="Arial"/>
                <w:sz w:val="19"/>
              </w:rPr>
              <w:t>Лебедева А.</w:t>
            </w:r>
          </w:p>
        </w:tc>
        <w:tc>
          <w:tcPr>
            <w:tcW w:w="2244" w:type="dxa"/>
          </w:tcPr>
          <w:p w14:paraId="298AF908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д. Нижняя Жуковка, Костюковский район, Могилёвская обл., БССР</w:t>
            </w:r>
          </w:p>
        </w:tc>
      </w:tr>
      <w:tr w:rsidR="00886147" w:rsidRPr="00BB23E9" w14:paraId="0C02163E" w14:textId="77777777" w:rsidTr="00BB23E9">
        <w:tc>
          <w:tcPr>
            <w:tcW w:w="675" w:type="dxa"/>
          </w:tcPr>
          <w:p w14:paraId="01CAE769" w14:textId="77777777" w:rsidR="00886147" w:rsidRDefault="00000000">
            <w:r>
              <w:rPr>
                <w:rFonts w:ascii="Arial" w:hAnsi="Arial"/>
                <w:sz w:val="19"/>
              </w:rPr>
              <w:t>78</w:t>
            </w:r>
          </w:p>
        </w:tc>
        <w:tc>
          <w:tcPr>
            <w:tcW w:w="1669" w:type="dxa"/>
          </w:tcPr>
          <w:p w14:paraId="601C5C44" w14:textId="77777777" w:rsidR="00886147" w:rsidRDefault="00000000">
            <w:r>
              <w:rPr>
                <w:rFonts w:ascii="Arial" w:hAnsi="Arial"/>
                <w:sz w:val="19"/>
              </w:rPr>
              <w:t>Терещенко Никита Федорович</w:t>
            </w:r>
          </w:p>
        </w:tc>
        <w:tc>
          <w:tcPr>
            <w:tcW w:w="1196" w:type="dxa"/>
          </w:tcPr>
          <w:p w14:paraId="3B0C9497" w14:textId="77777777" w:rsidR="00886147" w:rsidRDefault="00000000">
            <w:r>
              <w:rPr>
                <w:rFonts w:ascii="Arial" w:hAnsi="Arial"/>
                <w:sz w:val="19"/>
              </w:rPr>
              <w:t>18.03.1905</w:t>
            </w:r>
          </w:p>
        </w:tc>
        <w:tc>
          <w:tcPr>
            <w:tcW w:w="2244" w:type="dxa"/>
          </w:tcPr>
          <w:p w14:paraId="6CAD474F" w14:textId="77777777" w:rsidR="00886147" w:rsidRDefault="00886147"/>
        </w:tc>
        <w:tc>
          <w:tcPr>
            <w:tcW w:w="2311" w:type="dxa"/>
          </w:tcPr>
          <w:p w14:paraId="4E959576" w14:textId="77777777" w:rsidR="00886147" w:rsidRDefault="00000000">
            <w:r>
              <w:rPr>
                <w:rFonts w:ascii="Arial" w:hAnsi="Arial"/>
                <w:sz w:val="19"/>
              </w:rPr>
              <w:t>мл. лейтенант</w:t>
            </w:r>
          </w:p>
        </w:tc>
        <w:tc>
          <w:tcPr>
            <w:tcW w:w="1669" w:type="dxa"/>
          </w:tcPr>
          <w:p w14:paraId="5B93C222" w14:textId="77777777" w:rsidR="00886147" w:rsidRDefault="00886147"/>
        </w:tc>
        <w:tc>
          <w:tcPr>
            <w:tcW w:w="2703" w:type="dxa"/>
          </w:tcPr>
          <w:p w14:paraId="4E8B6C44" w14:textId="77777777" w:rsidR="00886147" w:rsidRDefault="00000000">
            <w:r>
              <w:rPr>
                <w:rFonts w:ascii="Arial" w:hAnsi="Arial"/>
                <w:sz w:val="19"/>
              </w:rPr>
              <w:t>Терещенко Анна</w:t>
            </w:r>
          </w:p>
        </w:tc>
        <w:tc>
          <w:tcPr>
            <w:tcW w:w="2244" w:type="dxa"/>
          </w:tcPr>
          <w:p w14:paraId="55C54558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Ясычево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>, Дрибинский р-н, Могилевская обл.</w:t>
            </w:r>
          </w:p>
        </w:tc>
      </w:tr>
      <w:tr w:rsidR="00886147" w14:paraId="18D59AC1" w14:textId="77777777" w:rsidTr="00BB23E9">
        <w:tc>
          <w:tcPr>
            <w:tcW w:w="675" w:type="dxa"/>
          </w:tcPr>
          <w:p w14:paraId="471BF0C3" w14:textId="77777777" w:rsidR="00886147" w:rsidRDefault="00000000">
            <w:r>
              <w:rPr>
                <w:rFonts w:ascii="Arial" w:hAnsi="Arial"/>
                <w:sz w:val="19"/>
              </w:rPr>
              <w:t>79</w:t>
            </w:r>
          </w:p>
        </w:tc>
        <w:tc>
          <w:tcPr>
            <w:tcW w:w="1669" w:type="dxa"/>
          </w:tcPr>
          <w:p w14:paraId="15F03113" w14:textId="77777777" w:rsidR="00886147" w:rsidRDefault="00000000">
            <w:r>
              <w:rPr>
                <w:rFonts w:ascii="Arial" w:hAnsi="Arial"/>
                <w:sz w:val="19"/>
              </w:rPr>
              <w:t>Горбунов Николай</w:t>
            </w:r>
          </w:p>
        </w:tc>
        <w:tc>
          <w:tcPr>
            <w:tcW w:w="1196" w:type="dxa"/>
          </w:tcPr>
          <w:p w14:paraId="3A975D46" w14:textId="77777777" w:rsidR="00886147" w:rsidRDefault="00000000">
            <w:r>
              <w:rPr>
                <w:rFonts w:ascii="Arial" w:hAnsi="Arial"/>
                <w:sz w:val="19"/>
              </w:rPr>
              <w:t>18.05.1919</w:t>
            </w:r>
          </w:p>
        </w:tc>
        <w:tc>
          <w:tcPr>
            <w:tcW w:w="2244" w:type="dxa"/>
          </w:tcPr>
          <w:p w14:paraId="5BE2292F" w14:textId="77777777" w:rsidR="00886147" w:rsidRDefault="00886147"/>
        </w:tc>
        <w:tc>
          <w:tcPr>
            <w:tcW w:w="2311" w:type="dxa"/>
          </w:tcPr>
          <w:p w14:paraId="0E52D95A" w14:textId="77777777" w:rsidR="00886147" w:rsidRDefault="00886147"/>
        </w:tc>
        <w:tc>
          <w:tcPr>
            <w:tcW w:w="1669" w:type="dxa"/>
          </w:tcPr>
          <w:p w14:paraId="1B690D0B" w14:textId="77777777" w:rsidR="00886147" w:rsidRDefault="00886147"/>
        </w:tc>
        <w:tc>
          <w:tcPr>
            <w:tcW w:w="2703" w:type="dxa"/>
          </w:tcPr>
          <w:p w14:paraId="28260D14" w14:textId="77777777" w:rsidR="00886147" w:rsidRDefault="00886147"/>
        </w:tc>
        <w:tc>
          <w:tcPr>
            <w:tcW w:w="2244" w:type="dxa"/>
          </w:tcPr>
          <w:p w14:paraId="56D086F0" w14:textId="77777777" w:rsidR="00886147" w:rsidRDefault="00000000">
            <w:r>
              <w:rPr>
                <w:rFonts w:ascii="Arial" w:hAnsi="Arial"/>
                <w:sz w:val="19"/>
              </w:rPr>
              <w:t>Могилев</w:t>
            </w:r>
          </w:p>
        </w:tc>
      </w:tr>
      <w:tr w:rsidR="00886147" w:rsidRPr="00BB23E9" w14:paraId="2F040AFF" w14:textId="77777777" w:rsidTr="00BB23E9">
        <w:tc>
          <w:tcPr>
            <w:tcW w:w="675" w:type="dxa"/>
          </w:tcPr>
          <w:p w14:paraId="559E915D" w14:textId="77777777" w:rsidR="00886147" w:rsidRDefault="00000000">
            <w:r>
              <w:rPr>
                <w:rFonts w:ascii="Arial" w:hAnsi="Arial"/>
                <w:sz w:val="19"/>
              </w:rPr>
              <w:t>80</w:t>
            </w:r>
          </w:p>
        </w:tc>
        <w:tc>
          <w:tcPr>
            <w:tcW w:w="1669" w:type="dxa"/>
          </w:tcPr>
          <w:p w14:paraId="3F3B7FEA" w14:textId="77777777" w:rsidR="00886147" w:rsidRDefault="00000000">
            <w:r>
              <w:rPr>
                <w:rFonts w:ascii="Arial" w:hAnsi="Arial"/>
                <w:sz w:val="19"/>
              </w:rPr>
              <w:t>Леонов Иван Тимофеевич</w:t>
            </w:r>
          </w:p>
        </w:tc>
        <w:tc>
          <w:tcPr>
            <w:tcW w:w="1196" w:type="dxa"/>
          </w:tcPr>
          <w:p w14:paraId="68A719C2" w14:textId="77777777" w:rsidR="00886147" w:rsidRDefault="00000000">
            <w:r>
              <w:rPr>
                <w:rFonts w:ascii="Arial" w:hAnsi="Arial"/>
                <w:sz w:val="19"/>
              </w:rPr>
              <w:t>25.08.1915</w:t>
            </w:r>
          </w:p>
        </w:tc>
        <w:tc>
          <w:tcPr>
            <w:tcW w:w="2244" w:type="dxa"/>
          </w:tcPr>
          <w:p w14:paraId="6D941AF0" w14:textId="77777777" w:rsidR="00886147" w:rsidRDefault="00000000">
            <w:r>
              <w:rPr>
                <w:rFonts w:ascii="Arial" w:hAnsi="Arial"/>
                <w:sz w:val="19"/>
              </w:rPr>
              <w:t>Орловская область, д. Харское</w:t>
            </w:r>
          </w:p>
        </w:tc>
        <w:tc>
          <w:tcPr>
            <w:tcW w:w="2311" w:type="dxa"/>
          </w:tcPr>
          <w:p w14:paraId="65DA65DE" w14:textId="77777777" w:rsidR="00886147" w:rsidRDefault="00000000">
            <w:r>
              <w:rPr>
                <w:rFonts w:ascii="Arial" w:hAnsi="Arial"/>
                <w:sz w:val="19"/>
              </w:rPr>
              <w:t>лейтенант</w:t>
            </w:r>
          </w:p>
        </w:tc>
        <w:tc>
          <w:tcPr>
            <w:tcW w:w="1669" w:type="dxa"/>
          </w:tcPr>
          <w:p w14:paraId="0682D915" w14:textId="77777777" w:rsidR="00886147" w:rsidRDefault="00886147"/>
        </w:tc>
        <w:tc>
          <w:tcPr>
            <w:tcW w:w="2703" w:type="dxa"/>
          </w:tcPr>
          <w:p w14:paraId="64CEAF87" w14:textId="77777777" w:rsidR="00886147" w:rsidRDefault="00000000">
            <w:r>
              <w:rPr>
                <w:rFonts w:ascii="Arial" w:hAnsi="Arial"/>
                <w:sz w:val="19"/>
              </w:rPr>
              <w:t>Муравьева Мария К.</w:t>
            </w:r>
          </w:p>
        </w:tc>
        <w:tc>
          <w:tcPr>
            <w:tcW w:w="2244" w:type="dxa"/>
          </w:tcPr>
          <w:p w14:paraId="6830B105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Тишевский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сельсовет, ст.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Буйничи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</w:t>
            </w:r>
          </w:p>
        </w:tc>
      </w:tr>
      <w:tr w:rsidR="00886147" w14:paraId="7B025A2F" w14:textId="77777777" w:rsidTr="00BB23E9">
        <w:tc>
          <w:tcPr>
            <w:tcW w:w="675" w:type="dxa"/>
          </w:tcPr>
          <w:p w14:paraId="4926ADFB" w14:textId="77777777" w:rsidR="00886147" w:rsidRDefault="00000000">
            <w:r>
              <w:rPr>
                <w:rFonts w:ascii="Arial" w:hAnsi="Arial"/>
                <w:sz w:val="19"/>
              </w:rPr>
              <w:t>81</w:t>
            </w:r>
          </w:p>
        </w:tc>
        <w:tc>
          <w:tcPr>
            <w:tcW w:w="1669" w:type="dxa"/>
          </w:tcPr>
          <w:p w14:paraId="6BED4BC0" w14:textId="77777777" w:rsidR="00886147" w:rsidRDefault="00000000">
            <w:r>
              <w:rPr>
                <w:rFonts w:ascii="Arial" w:hAnsi="Arial"/>
                <w:sz w:val="19"/>
              </w:rPr>
              <w:t>Козловский Николай Игнатьевич</w:t>
            </w:r>
          </w:p>
        </w:tc>
        <w:tc>
          <w:tcPr>
            <w:tcW w:w="1196" w:type="dxa"/>
          </w:tcPr>
          <w:p w14:paraId="097FEF3A" w14:textId="77777777" w:rsidR="00886147" w:rsidRDefault="00000000">
            <w:r>
              <w:rPr>
                <w:rFonts w:ascii="Arial" w:hAnsi="Arial"/>
                <w:sz w:val="19"/>
              </w:rPr>
              <w:t>12.04.1919</w:t>
            </w:r>
          </w:p>
        </w:tc>
        <w:tc>
          <w:tcPr>
            <w:tcW w:w="2244" w:type="dxa"/>
          </w:tcPr>
          <w:p w14:paraId="0C093BE5" w14:textId="77777777" w:rsidR="00886147" w:rsidRDefault="00000000">
            <w:r>
              <w:rPr>
                <w:rFonts w:ascii="Arial" w:hAnsi="Arial"/>
                <w:sz w:val="19"/>
              </w:rPr>
              <w:t>Кошары</w:t>
            </w:r>
          </w:p>
        </w:tc>
        <w:tc>
          <w:tcPr>
            <w:tcW w:w="2311" w:type="dxa"/>
          </w:tcPr>
          <w:p w14:paraId="594B8007" w14:textId="77777777" w:rsidR="00886147" w:rsidRDefault="00000000">
            <w:r>
              <w:rPr>
                <w:rFonts w:ascii="Arial" w:hAnsi="Arial"/>
                <w:sz w:val="19"/>
              </w:rPr>
              <w:t>красноармеец</w:t>
            </w:r>
          </w:p>
        </w:tc>
        <w:tc>
          <w:tcPr>
            <w:tcW w:w="1669" w:type="dxa"/>
          </w:tcPr>
          <w:p w14:paraId="407B8374" w14:textId="77777777" w:rsidR="00886147" w:rsidRDefault="00886147"/>
        </w:tc>
        <w:tc>
          <w:tcPr>
            <w:tcW w:w="2703" w:type="dxa"/>
          </w:tcPr>
          <w:p w14:paraId="5D6EDD18" w14:textId="77777777" w:rsidR="00886147" w:rsidRDefault="00000000">
            <w:r>
              <w:rPr>
                <w:rFonts w:ascii="Arial" w:hAnsi="Arial"/>
                <w:sz w:val="19"/>
              </w:rPr>
              <w:t xml:space="preserve">жена Лидия Бордивская </w:t>
            </w:r>
          </w:p>
        </w:tc>
        <w:tc>
          <w:tcPr>
            <w:tcW w:w="2244" w:type="dxa"/>
          </w:tcPr>
          <w:p w14:paraId="0124C767" w14:textId="77777777" w:rsidR="00886147" w:rsidRDefault="00000000">
            <w:r>
              <w:rPr>
                <w:rFonts w:ascii="Arial" w:hAnsi="Arial"/>
                <w:sz w:val="19"/>
              </w:rPr>
              <w:t>Могилёв. обл., г. Быхов</w:t>
            </w:r>
          </w:p>
        </w:tc>
      </w:tr>
      <w:tr w:rsidR="00886147" w:rsidRPr="00BB23E9" w14:paraId="5B1A016E" w14:textId="77777777" w:rsidTr="00BB23E9">
        <w:tc>
          <w:tcPr>
            <w:tcW w:w="675" w:type="dxa"/>
          </w:tcPr>
          <w:p w14:paraId="244ABDE1" w14:textId="77777777" w:rsidR="00886147" w:rsidRDefault="00000000">
            <w:r>
              <w:rPr>
                <w:rFonts w:ascii="Arial" w:hAnsi="Arial"/>
                <w:sz w:val="19"/>
              </w:rPr>
              <w:t>82</w:t>
            </w:r>
          </w:p>
        </w:tc>
        <w:tc>
          <w:tcPr>
            <w:tcW w:w="1669" w:type="dxa"/>
          </w:tcPr>
          <w:p w14:paraId="6263290B" w14:textId="77777777" w:rsidR="00886147" w:rsidRDefault="00000000">
            <w:r>
              <w:rPr>
                <w:rFonts w:ascii="Arial" w:hAnsi="Arial"/>
                <w:sz w:val="19"/>
              </w:rPr>
              <w:t>Лукопаров Игнат Иванович</w:t>
            </w:r>
          </w:p>
        </w:tc>
        <w:tc>
          <w:tcPr>
            <w:tcW w:w="1196" w:type="dxa"/>
          </w:tcPr>
          <w:p w14:paraId="112A6FB4" w14:textId="77777777" w:rsidR="00886147" w:rsidRDefault="00000000">
            <w:r>
              <w:rPr>
                <w:rFonts w:ascii="Arial" w:hAnsi="Arial"/>
                <w:sz w:val="19"/>
              </w:rPr>
              <w:t>1896</w:t>
            </w:r>
          </w:p>
        </w:tc>
        <w:tc>
          <w:tcPr>
            <w:tcW w:w="2244" w:type="dxa"/>
          </w:tcPr>
          <w:p w14:paraId="240C04AA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Могилев. обл.,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Костюковск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>. р-н</w:t>
            </w:r>
          </w:p>
        </w:tc>
        <w:tc>
          <w:tcPr>
            <w:tcW w:w="2311" w:type="dxa"/>
          </w:tcPr>
          <w:p w14:paraId="7C1BB10A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красноармеец</w:t>
            </w:r>
            <w:proofErr w:type="spellEnd"/>
          </w:p>
        </w:tc>
        <w:tc>
          <w:tcPr>
            <w:tcW w:w="1669" w:type="dxa"/>
          </w:tcPr>
          <w:p w14:paraId="4D63D12E" w14:textId="77777777" w:rsidR="00886147" w:rsidRDefault="00886147"/>
        </w:tc>
        <w:tc>
          <w:tcPr>
            <w:tcW w:w="2703" w:type="dxa"/>
          </w:tcPr>
          <w:p w14:paraId="095CB7FE" w14:textId="77777777" w:rsidR="00886147" w:rsidRDefault="00000000">
            <w:r>
              <w:rPr>
                <w:rFonts w:ascii="Arial" w:hAnsi="Arial"/>
                <w:sz w:val="19"/>
              </w:rPr>
              <w:t>Лукопарова Марина</w:t>
            </w:r>
          </w:p>
        </w:tc>
        <w:tc>
          <w:tcPr>
            <w:tcW w:w="2244" w:type="dxa"/>
          </w:tcPr>
          <w:p w14:paraId="450B3C6D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Могилев. обл.,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Костюковск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>. р-н</w:t>
            </w:r>
          </w:p>
        </w:tc>
      </w:tr>
      <w:tr w:rsidR="00886147" w:rsidRPr="00BB23E9" w14:paraId="243957C4" w14:textId="77777777" w:rsidTr="00BB23E9">
        <w:tc>
          <w:tcPr>
            <w:tcW w:w="675" w:type="dxa"/>
          </w:tcPr>
          <w:p w14:paraId="0FB5BF04" w14:textId="77777777" w:rsidR="00886147" w:rsidRDefault="00000000">
            <w:r>
              <w:rPr>
                <w:rFonts w:ascii="Arial" w:hAnsi="Arial"/>
                <w:sz w:val="19"/>
              </w:rPr>
              <w:t>83</w:t>
            </w:r>
          </w:p>
        </w:tc>
        <w:tc>
          <w:tcPr>
            <w:tcW w:w="1669" w:type="dxa"/>
          </w:tcPr>
          <w:p w14:paraId="4A6DBF10" w14:textId="77777777" w:rsidR="00886147" w:rsidRDefault="00000000">
            <w:r>
              <w:rPr>
                <w:rFonts w:ascii="Arial" w:hAnsi="Arial"/>
                <w:sz w:val="19"/>
              </w:rPr>
              <w:t>Каминский Иван Кузьмич</w:t>
            </w:r>
          </w:p>
        </w:tc>
        <w:tc>
          <w:tcPr>
            <w:tcW w:w="1196" w:type="dxa"/>
          </w:tcPr>
          <w:p w14:paraId="6F47B502" w14:textId="77777777" w:rsidR="00886147" w:rsidRDefault="00000000">
            <w:r>
              <w:rPr>
                <w:rFonts w:ascii="Arial" w:hAnsi="Arial"/>
                <w:sz w:val="19"/>
              </w:rPr>
              <w:t>22.11.1910</w:t>
            </w:r>
          </w:p>
        </w:tc>
        <w:tc>
          <w:tcPr>
            <w:tcW w:w="2244" w:type="dxa"/>
          </w:tcPr>
          <w:p w14:paraId="2CF7F2A8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обл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, Горицкий р-он, д. Горы </w:t>
            </w:r>
          </w:p>
        </w:tc>
        <w:tc>
          <w:tcPr>
            <w:tcW w:w="2311" w:type="dxa"/>
          </w:tcPr>
          <w:p w14:paraId="3F24E448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лейтенант</w:t>
            </w:r>
            <w:proofErr w:type="spellEnd"/>
          </w:p>
        </w:tc>
        <w:tc>
          <w:tcPr>
            <w:tcW w:w="1669" w:type="dxa"/>
          </w:tcPr>
          <w:p w14:paraId="0556826A" w14:textId="77777777" w:rsidR="00886147" w:rsidRDefault="00886147"/>
        </w:tc>
        <w:tc>
          <w:tcPr>
            <w:tcW w:w="2703" w:type="dxa"/>
          </w:tcPr>
          <w:p w14:paraId="62D5D155" w14:textId="77777777" w:rsidR="00886147" w:rsidRDefault="00000000">
            <w:r>
              <w:rPr>
                <w:rFonts w:ascii="Arial" w:hAnsi="Arial"/>
                <w:sz w:val="19"/>
              </w:rPr>
              <w:t xml:space="preserve">Каминская Ольга </w:t>
            </w:r>
          </w:p>
        </w:tc>
        <w:tc>
          <w:tcPr>
            <w:tcW w:w="2244" w:type="dxa"/>
          </w:tcPr>
          <w:p w14:paraId="3FCC85E4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обл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, Горицкий р-он, д. Горы </w:t>
            </w:r>
          </w:p>
        </w:tc>
      </w:tr>
      <w:tr w:rsidR="00886147" w:rsidRPr="00BB23E9" w14:paraId="569E0E8F" w14:textId="77777777" w:rsidTr="00BB23E9">
        <w:tc>
          <w:tcPr>
            <w:tcW w:w="675" w:type="dxa"/>
          </w:tcPr>
          <w:p w14:paraId="46E8CF2C" w14:textId="77777777" w:rsidR="00886147" w:rsidRDefault="00000000">
            <w:r>
              <w:rPr>
                <w:rFonts w:ascii="Arial" w:hAnsi="Arial"/>
                <w:sz w:val="19"/>
              </w:rPr>
              <w:t>84</w:t>
            </w:r>
          </w:p>
        </w:tc>
        <w:tc>
          <w:tcPr>
            <w:tcW w:w="1669" w:type="dxa"/>
          </w:tcPr>
          <w:p w14:paraId="6C60A412" w14:textId="77777777" w:rsidR="00886147" w:rsidRDefault="00000000">
            <w:r>
              <w:rPr>
                <w:rFonts w:ascii="Arial" w:hAnsi="Arial"/>
                <w:sz w:val="19"/>
              </w:rPr>
              <w:t>Свирид Корней Юрьевич</w:t>
            </w:r>
          </w:p>
        </w:tc>
        <w:tc>
          <w:tcPr>
            <w:tcW w:w="1196" w:type="dxa"/>
          </w:tcPr>
          <w:p w14:paraId="5283459E" w14:textId="77777777" w:rsidR="00886147" w:rsidRDefault="00000000">
            <w:r>
              <w:rPr>
                <w:rFonts w:ascii="Arial" w:hAnsi="Arial"/>
                <w:sz w:val="19"/>
              </w:rPr>
              <w:t>13.09.1915</w:t>
            </w:r>
          </w:p>
        </w:tc>
        <w:tc>
          <w:tcPr>
            <w:tcW w:w="2244" w:type="dxa"/>
          </w:tcPr>
          <w:p w14:paraId="11129AA3" w14:textId="77777777" w:rsidR="00886147" w:rsidRDefault="00000000">
            <w:r>
              <w:rPr>
                <w:rFonts w:ascii="Arial" w:hAnsi="Arial"/>
                <w:sz w:val="19"/>
              </w:rPr>
              <w:t>г. Могилёв</w:t>
            </w:r>
          </w:p>
        </w:tc>
        <w:tc>
          <w:tcPr>
            <w:tcW w:w="2311" w:type="dxa"/>
          </w:tcPr>
          <w:p w14:paraId="11C329B2" w14:textId="77777777" w:rsidR="00886147" w:rsidRDefault="00000000">
            <w:r>
              <w:rPr>
                <w:rFonts w:ascii="Arial" w:hAnsi="Arial"/>
                <w:sz w:val="19"/>
              </w:rPr>
              <w:t>лейтенант</w:t>
            </w:r>
          </w:p>
        </w:tc>
        <w:tc>
          <w:tcPr>
            <w:tcW w:w="1669" w:type="dxa"/>
          </w:tcPr>
          <w:p w14:paraId="07235A46" w14:textId="77777777" w:rsidR="00886147" w:rsidRDefault="00886147"/>
        </w:tc>
        <w:tc>
          <w:tcPr>
            <w:tcW w:w="2703" w:type="dxa"/>
          </w:tcPr>
          <w:p w14:paraId="724AE347" w14:textId="77777777" w:rsidR="00886147" w:rsidRDefault="00000000">
            <w:r>
              <w:rPr>
                <w:rFonts w:ascii="Arial" w:hAnsi="Arial"/>
                <w:sz w:val="19"/>
              </w:rPr>
              <w:t>Свирид Юрий Никитович</w:t>
            </w:r>
          </w:p>
        </w:tc>
        <w:tc>
          <w:tcPr>
            <w:tcW w:w="2244" w:type="dxa"/>
          </w:tcPr>
          <w:p w14:paraId="3DFE0F4F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Могилёвская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обл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, Кличевский р-н,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Баровичи</w:t>
            </w:r>
            <w:proofErr w:type="spellEnd"/>
          </w:p>
        </w:tc>
      </w:tr>
      <w:tr w:rsidR="00886147" w14:paraId="0E75F9F2" w14:textId="77777777" w:rsidTr="00BB23E9">
        <w:tc>
          <w:tcPr>
            <w:tcW w:w="675" w:type="dxa"/>
          </w:tcPr>
          <w:p w14:paraId="08A15B05" w14:textId="77777777" w:rsidR="00886147" w:rsidRDefault="00000000">
            <w:r>
              <w:rPr>
                <w:rFonts w:ascii="Arial" w:hAnsi="Arial"/>
                <w:sz w:val="19"/>
              </w:rPr>
              <w:t>85</w:t>
            </w:r>
          </w:p>
        </w:tc>
        <w:tc>
          <w:tcPr>
            <w:tcW w:w="1669" w:type="dxa"/>
          </w:tcPr>
          <w:p w14:paraId="312D84D7" w14:textId="77777777" w:rsidR="00886147" w:rsidRDefault="00000000">
            <w:r>
              <w:rPr>
                <w:rFonts w:ascii="Arial" w:hAnsi="Arial"/>
                <w:sz w:val="19"/>
              </w:rPr>
              <w:t>Бридковский Василий Лукьянович</w:t>
            </w:r>
          </w:p>
        </w:tc>
        <w:tc>
          <w:tcPr>
            <w:tcW w:w="1196" w:type="dxa"/>
          </w:tcPr>
          <w:p w14:paraId="3A4E0486" w14:textId="77777777" w:rsidR="00886147" w:rsidRDefault="00000000">
            <w:r>
              <w:rPr>
                <w:rFonts w:ascii="Arial" w:hAnsi="Arial"/>
                <w:sz w:val="19"/>
              </w:rPr>
              <w:t>1923</w:t>
            </w:r>
          </w:p>
        </w:tc>
        <w:tc>
          <w:tcPr>
            <w:tcW w:w="2244" w:type="dxa"/>
          </w:tcPr>
          <w:p w14:paraId="5E10490B" w14:textId="77777777" w:rsidR="00886147" w:rsidRDefault="00000000">
            <w:r>
              <w:rPr>
                <w:rFonts w:ascii="Arial" w:hAnsi="Arial"/>
                <w:sz w:val="19"/>
              </w:rPr>
              <w:t>Могилевская обл.</w:t>
            </w:r>
          </w:p>
        </w:tc>
        <w:tc>
          <w:tcPr>
            <w:tcW w:w="2311" w:type="dxa"/>
          </w:tcPr>
          <w:p w14:paraId="31CF05F6" w14:textId="77777777" w:rsidR="00886147" w:rsidRDefault="00000000">
            <w:r>
              <w:rPr>
                <w:rFonts w:ascii="Arial" w:hAnsi="Arial"/>
                <w:sz w:val="19"/>
              </w:rPr>
              <w:t>рядовой</w:t>
            </w:r>
          </w:p>
        </w:tc>
        <w:tc>
          <w:tcPr>
            <w:tcW w:w="1669" w:type="dxa"/>
          </w:tcPr>
          <w:p w14:paraId="6E247579" w14:textId="77777777" w:rsidR="00886147" w:rsidRDefault="00886147"/>
        </w:tc>
        <w:tc>
          <w:tcPr>
            <w:tcW w:w="2703" w:type="dxa"/>
          </w:tcPr>
          <w:p w14:paraId="07BB8B43" w14:textId="77777777" w:rsidR="00886147" w:rsidRDefault="00000000">
            <w:r>
              <w:rPr>
                <w:rFonts w:ascii="Arial" w:hAnsi="Arial"/>
                <w:sz w:val="19"/>
              </w:rPr>
              <w:t>Бридковская Марфа</w:t>
            </w:r>
          </w:p>
        </w:tc>
        <w:tc>
          <w:tcPr>
            <w:tcW w:w="2244" w:type="dxa"/>
          </w:tcPr>
          <w:p w14:paraId="40DA36D2" w14:textId="77777777" w:rsidR="00886147" w:rsidRDefault="00000000">
            <w:r>
              <w:rPr>
                <w:rFonts w:ascii="Arial" w:hAnsi="Arial"/>
                <w:sz w:val="19"/>
              </w:rPr>
              <w:t>Могилевская обл.</w:t>
            </w:r>
          </w:p>
        </w:tc>
      </w:tr>
      <w:tr w:rsidR="00886147" w:rsidRPr="00BB23E9" w14:paraId="31A37E98" w14:textId="77777777" w:rsidTr="00BB23E9">
        <w:tc>
          <w:tcPr>
            <w:tcW w:w="675" w:type="dxa"/>
          </w:tcPr>
          <w:p w14:paraId="5F0282B8" w14:textId="77777777" w:rsidR="00886147" w:rsidRDefault="00000000">
            <w:r>
              <w:rPr>
                <w:rFonts w:ascii="Arial" w:hAnsi="Arial"/>
                <w:sz w:val="19"/>
              </w:rPr>
              <w:t>86</w:t>
            </w:r>
          </w:p>
        </w:tc>
        <w:tc>
          <w:tcPr>
            <w:tcW w:w="1669" w:type="dxa"/>
          </w:tcPr>
          <w:p w14:paraId="7E5DA375" w14:textId="77777777" w:rsidR="00886147" w:rsidRDefault="00000000">
            <w:r>
              <w:rPr>
                <w:rFonts w:ascii="Arial" w:hAnsi="Arial"/>
                <w:sz w:val="19"/>
              </w:rPr>
              <w:t>Климов Василий Михайлович</w:t>
            </w:r>
          </w:p>
        </w:tc>
        <w:tc>
          <w:tcPr>
            <w:tcW w:w="1196" w:type="dxa"/>
          </w:tcPr>
          <w:p w14:paraId="6954BECE" w14:textId="77777777" w:rsidR="00886147" w:rsidRDefault="00000000">
            <w:r>
              <w:rPr>
                <w:rFonts w:ascii="Arial" w:hAnsi="Arial"/>
                <w:sz w:val="19"/>
              </w:rPr>
              <w:t>08.08.1914</w:t>
            </w:r>
          </w:p>
        </w:tc>
        <w:tc>
          <w:tcPr>
            <w:tcW w:w="2244" w:type="dxa"/>
          </w:tcPr>
          <w:p w14:paraId="7328D60D" w14:textId="77777777" w:rsidR="00886147" w:rsidRDefault="00000000">
            <w:r>
              <w:rPr>
                <w:rFonts w:ascii="Arial" w:hAnsi="Arial"/>
                <w:sz w:val="19"/>
              </w:rPr>
              <w:t>Беларусь, Могилевская обл.</w:t>
            </w:r>
          </w:p>
        </w:tc>
        <w:tc>
          <w:tcPr>
            <w:tcW w:w="2311" w:type="dxa"/>
          </w:tcPr>
          <w:p w14:paraId="00A89C2D" w14:textId="77777777" w:rsidR="00886147" w:rsidRDefault="00000000">
            <w:r>
              <w:rPr>
                <w:rFonts w:ascii="Arial" w:hAnsi="Arial"/>
                <w:sz w:val="19"/>
              </w:rPr>
              <w:t>ветфельдшер</w:t>
            </w:r>
          </w:p>
        </w:tc>
        <w:tc>
          <w:tcPr>
            <w:tcW w:w="1669" w:type="dxa"/>
          </w:tcPr>
          <w:p w14:paraId="5F7C09BE" w14:textId="77777777" w:rsidR="00886147" w:rsidRDefault="00886147"/>
        </w:tc>
        <w:tc>
          <w:tcPr>
            <w:tcW w:w="2703" w:type="dxa"/>
          </w:tcPr>
          <w:p w14:paraId="348E9BFC" w14:textId="77777777" w:rsidR="00886147" w:rsidRDefault="00000000">
            <w:r>
              <w:rPr>
                <w:rFonts w:ascii="Arial" w:hAnsi="Arial"/>
                <w:sz w:val="19"/>
              </w:rPr>
              <w:t>Климов Михаил</w:t>
            </w:r>
          </w:p>
        </w:tc>
        <w:tc>
          <w:tcPr>
            <w:tcW w:w="2244" w:type="dxa"/>
          </w:tcPr>
          <w:p w14:paraId="5E02EF4E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Мстилавский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р-н Яновский с/с</w:t>
            </w:r>
            <w:r w:rsidRPr="00BB23E9">
              <w:rPr>
                <w:rFonts w:ascii="Arial" w:hAnsi="Arial"/>
                <w:sz w:val="19"/>
                <w:lang w:val="ru-RU"/>
              </w:rPr>
              <w:br/>
              <w:t xml:space="preserve">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Белищина</w:t>
            </w:r>
            <w:proofErr w:type="spellEnd"/>
          </w:p>
        </w:tc>
      </w:tr>
      <w:tr w:rsidR="00886147" w14:paraId="5B9F4D91" w14:textId="77777777" w:rsidTr="00BB23E9">
        <w:tc>
          <w:tcPr>
            <w:tcW w:w="675" w:type="dxa"/>
          </w:tcPr>
          <w:p w14:paraId="683C5F57" w14:textId="77777777" w:rsidR="00886147" w:rsidRDefault="00000000">
            <w:r>
              <w:rPr>
                <w:rFonts w:ascii="Arial" w:hAnsi="Arial"/>
                <w:sz w:val="19"/>
              </w:rPr>
              <w:t>87</w:t>
            </w:r>
          </w:p>
        </w:tc>
        <w:tc>
          <w:tcPr>
            <w:tcW w:w="1669" w:type="dxa"/>
          </w:tcPr>
          <w:p w14:paraId="6F226970" w14:textId="77777777" w:rsidR="00886147" w:rsidRDefault="00000000">
            <w:r>
              <w:rPr>
                <w:rFonts w:ascii="Arial" w:hAnsi="Arial"/>
                <w:sz w:val="19"/>
              </w:rPr>
              <w:t>Цедрик Дмитрий Яковлевич</w:t>
            </w:r>
          </w:p>
        </w:tc>
        <w:tc>
          <w:tcPr>
            <w:tcW w:w="1196" w:type="dxa"/>
          </w:tcPr>
          <w:p w14:paraId="1633EFEA" w14:textId="77777777" w:rsidR="00886147" w:rsidRDefault="00000000">
            <w:r>
              <w:rPr>
                <w:rFonts w:ascii="Arial" w:hAnsi="Arial"/>
                <w:sz w:val="19"/>
              </w:rPr>
              <w:t>21.01.1912</w:t>
            </w:r>
          </w:p>
        </w:tc>
        <w:tc>
          <w:tcPr>
            <w:tcW w:w="2244" w:type="dxa"/>
          </w:tcPr>
          <w:p w14:paraId="6187B228" w14:textId="77777777" w:rsidR="00886147" w:rsidRDefault="00000000">
            <w:r>
              <w:rPr>
                <w:rFonts w:ascii="Arial" w:hAnsi="Arial"/>
                <w:sz w:val="19"/>
              </w:rPr>
              <w:t>д. Брошевицы</w:t>
            </w:r>
          </w:p>
        </w:tc>
        <w:tc>
          <w:tcPr>
            <w:tcW w:w="2311" w:type="dxa"/>
          </w:tcPr>
          <w:p w14:paraId="2DCA93AE" w14:textId="77777777" w:rsidR="00886147" w:rsidRDefault="00000000">
            <w:r>
              <w:rPr>
                <w:rFonts w:ascii="Arial" w:hAnsi="Arial"/>
                <w:sz w:val="19"/>
              </w:rPr>
              <w:t>лейтенант</w:t>
            </w:r>
          </w:p>
        </w:tc>
        <w:tc>
          <w:tcPr>
            <w:tcW w:w="1669" w:type="dxa"/>
          </w:tcPr>
          <w:p w14:paraId="4F904A4F" w14:textId="77777777" w:rsidR="00886147" w:rsidRDefault="00886147"/>
        </w:tc>
        <w:tc>
          <w:tcPr>
            <w:tcW w:w="2703" w:type="dxa"/>
          </w:tcPr>
          <w:p w14:paraId="6D7F9934" w14:textId="77777777" w:rsidR="00886147" w:rsidRDefault="00000000">
            <w:r>
              <w:rPr>
                <w:rFonts w:ascii="Arial" w:hAnsi="Arial"/>
                <w:sz w:val="19"/>
              </w:rPr>
              <w:t>мать-Цедрик Мария</w:t>
            </w:r>
          </w:p>
        </w:tc>
        <w:tc>
          <w:tcPr>
            <w:tcW w:w="2244" w:type="dxa"/>
          </w:tcPr>
          <w:p w14:paraId="53255E4B" w14:textId="77777777" w:rsidR="00886147" w:rsidRDefault="00000000"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обл.,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Белыпочевский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р-н, дер. </w:t>
            </w:r>
            <w:proofErr w:type="spellStart"/>
            <w:r>
              <w:rPr>
                <w:rFonts w:ascii="Arial" w:hAnsi="Arial"/>
                <w:sz w:val="19"/>
              </w:rPr>
              <w:t>Мешенка</w:t>
            </w:r>
            <w:proofErr w:type="spellEnd"/>
          </w:p>
        </w:tc>
      </w:tr>
      <w:tr w:rsidR="00886147" w:rsidRPr="00BB23E9" w14:paraId="1358FB4F" w14:textId="77777777" w:rsidTr="00BB23E9">
        <w:tc>
          <w:tcPr>
            <w:tcW w:w="675" w:type="dxa"/>
          </w:tcPr>
          <w:p w14:paraId="096FAA37" w14:textId="77777777" w:rsidR="00886147" w:rsidRDefault="00000000">
            <w:r>
              <w:rPr>
                <w:rFonts w:ascii="Arial" w:hAnsi="Arial"/>
                <w:sz w:val="19"/>
              </w:rPr>
              <w:t>88</w:t>
            </w:r>
          </w:p>
        </w:tc>
        <w:tc>
          <w:tcPr>
            <w:tcW w:w="1669" w:type="dxa"/>
          </w:tcPr>
          <w:p w14:paraId="1BE1C118" w14:textId="77777777" w:rsidR="00886147" w:rsidRDefault="00000000">
            <w:r>
              <w:rPr>
                <w:rFonts w:ascii="Arial" w:hAnsi="Arial"/>
                <w:sz w:val="19"/>
              </w:rPr>
              <w:t>Ситник Иван Матвеевич</w:t>
            </w:r>
          </w:p>
        </w:tc>
        <w:tc>
          <w:tcPr>
            <w:tcW w:w="1196" w:type="dxa"/>
          </w:tcPr>
          <w:p w14:paraId="3EB989A4" w14:textId="77777777" w:rsidR="00886147" w:rsidRDefault="00000000">
            <w:r>
              <w:rPr>
                <w:rFonts w:ascii="Arial" w:hAnsi="Arial"/>
                <w:sz w:val="19"/>
              </w:rPr>
              <w:t>27.08.1918</w:t>
            </w:r>
          </w:p>
        </w:tc>
        <w:tc>
          <w:tcPr>
            <w:tcW w:w="2244" w:type="dxa"/>
          </w:tcPr>
          <w:p w14:paraId="6EE21CD6" w14:textId="77777777" w:rsidR="00886147" w:rsidRDefault="00000000">
            <w:r>
              <w:rPr>
                <w:rFonts w:ascii="Arial" w:hAnsi="Arial"/>
                <w:sz w:val="19"/>
              </w:rPr>
              <w:t>Могилевская обл., д. Новинка</w:t>
            </w:r>
          </w:p>
        </w:tc>
        <w:tc>
          <w:tcPr>
            <w:tcW w:w="2311" w:type="dxa"/>
          </w:tcPr>
          <w:p w14:paraId="737929C9" w14:textId="77777777" w:rsidR="00886147" w:rsidRDefault="00000000">
            <w:r>
              <w:rPr>
                <w:rFonts w:ascii="Arial" w:hAnsi="Arial"/>
                <w:sz w:val="19"/>
              </w:rPr>
              <w:t>капитан</w:t>
            </w:r>
          </w:p>
        </w:tc>
        <w:tc>
          <w:tcPr>
            <w:tcW w:w="1669" w:type="dxa"/>
          </w:tcPr>
          <w:p w14:paraId="0A450187" w14:textId="77777777" w:rsidR="00886147" w:rsidRDefault="00886147"/>
        </w:tc>
        <w:tc>
          <w:tcPr>
            <w:tcW w:w="2703" w:type="dxa"/>
          </w:tcPr>
          <w:p w14:paraId="1458551D" w14:textId="77777777" w:rsidR="00886147" w:rsidRDefault="00000000">
            <w:r>
              <w:rPr>
                <w:rFonts w:ascii="Arial" w:hAnsi="Arial"/>
                <w:sz w:val="19"/>
              </w:rPr>
              <w:t>Ситник Пелагея</w:t>
            </w:r>
          </w:p>
        </w:tc>
        <w:tc>
          <w:tcPr>
            <w:tcW w:w="2244" w:type="dxa"/>
          </w:tcPr>
          <w:p w14:paraId="1BC5EE70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Могилевская обл., Березинский р-н, д. Новинка</w:t>
            </w:r>
          </w:p>
        </w:tc>
      </w:tr>
      <w:tr w:rsidR="00886147" w:rsidRPr="00BB23E9" w14:paraId="6862F542" w14:textId="77777777" w:rsidTr="00BB23E9">
        <w:tc>
          <w:tcPr>
            <w:tcW w:w="675" w:type="dxa"/>
          </w:tcPr>
          <w:p w14:paraId="57ADB727" w14:textId="77777777" w:rsidR="00886147" w:rsidRDefault="00000000">
            <w:r>
              <w:rPr>
                <w:rFonts w:ascii="Arial" w:hAnsi="Arial"/>
                <w:sz w:val="19"/>
              </w:rPr>
              <w:t>89</w:t>
            </w:r>
          </w:p>
        </w:tc>
        <w:tc>
          <w:tcPr>
            <w:tcW w:w="1669" w:type="dxa"/>
          </w:tcPr>
          <w:p w14:paraId="3E582883" w14:textId="77777777" w:rsidR="00886147" w:rsidRDefault="00000000">
            <w:r>
              <w:rPr>
                <w:rFonts w:ascii="Arial" w:hAnsi="Arial"/>
                <w:sz w:val="19"/>
              </w:rPr>
              <w:t>Дамарат Илья Степанович</w:t>
            </w:r>
          </w:p>
        </w:tc>
        <w:tc>
          <w:tcPr>
            <w:tcW w:w="1196" w:type="dxa"/>
          </w:tcPr>
          <w:p w14:paraId="5716FF28" w14:textId="77777777" w:rsidR="00886147" w:rsidRDefault="00000000">
            <w:r>
              <w:rPr>
                <w:rFonts w:ascii="Arial" w:hAnsi="Arial"/>
                <w:sz w:val="19"/>
              </w:rPr>
              <w:t>10.12.1907</w:t>
            </w:r>
          </w:p>
        </w:tc>
        <w:tc>
          <w:tcPr>
            <w:tcW w:w="2244" w:type="dxa"/>
          </w:tcPr>
          <w:p w14:paraId="28478C02" w14:textId="77777777" w:rsidR="00886147" w:rsidRDefault="00000000">
            <w:r>
              <w:rPr>
                <w:rFonts w:ascii="Arial" w:hAnsi="Arial"/>
                <w:sz w:val="19"/>
              </w:rPr>
              <w:t>Филипковичи</w:t>
            </w:r>
          </w:p>
        </w:tc>
        <w:tc>
          <w:tcPr>
            <w:tcW w:w="2311" w:type="dxa"/>
          </w:tcPr>
          <w:p w14:paraId="5BD2E079" w14:textId="77777777" w:rsidR="00886147" w:rsidRDefault="00000000">
            <w:r>
              <w:rPr>
                <w:rFonts w:ascii="Arial" w:hAnsi="Arial"/>
                <w:sz w:val="19"/>
              </w:rPr>
              <w:t>рядовой</w:t>
            </w:r>
          </w:p>
        </w:tc>
        <w:tc>
          <w:tcPr>
            <w:tcW w:w="1669" w:type="dxa"/>
          </w:tcPr>
          <w:p w14:paraId="43FA6131" w14:textId="77777777" w:rsidR="00886147" w:rsidRDefault="00886147"/>
        </w:tc>
        <w:tc>
          <w:tcPr>
            <w:tcW w:w="2703" w:type="dxa"/>
          </w:tcPr>
          <w:p w14:paraId="776F6977" w14:textId="77777777" w:rsidR="00886147" w:rsidRDefault="00000000">
            <w:r>
              <w:rPr>
                <w:rFonts w:ascii="Arial" w:hAnsi="Arial"/>
                <w:sz w:val="19"/>
              </w:rPr>
              <w:t xml:space="preserve">Дамарат Варке </w:t>
            </w:r>
          </w:p>
        </w:tc>
        <w:tc>
          <w:tcPr>
            <w:tcW w:w="2244" w:type="dxa"/>
          </w:tcPr>
          <w:p w14:paraId="082E042D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обл.,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Бобрийский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р-н., слобода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Шараевская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</w:t>
            </w:r>
          </w:p>
        </w:tc>
      </w:tr>
      <w:tr w:rsidR="00886147" w:rsidRPr="00BB23E9" w14:paraId="730D5EA3" w14:textId="77777777" w:rsidTr="00BB23E9">
        <w:tc>
          <w:tcPr>
            <w:tcW w:w="675" w:type="dxa"/>
          </w:tcPr>
          <w:p w14:paraId="3767C6AF" w14:textId="77777777" w:rsidR="00886147" w:rsidRDefault="00000000">
            <w:r>
              <w:rPr>
                <w:rFonts w:ascii="Arial" w:hAnsi="Arial"/>
                <w:sz w:val="19"/>
              </w:rPr>
              <w:t>90</w:t>
            </w:r>
          </w:p>
        </w:tc>
        <w:tc>
          <w:tcPr>
            <w:tcW w:w="1669" w:type="dxa"/>
          </w:tcPr>
          <w:p w14:paraId="233DFC05" w14:textId="77777777" w:rsidR="00886147" w:rsidRDefault="00000000">
            <w:r>
              <w:rPr>
                <w:rFonts w:ascii="Arial" w:hAnsi="Arial"/>
                <w:sz w:val="19"/>
              </w:rPr>
              <w:t xml:space="preserve">Прокопчик </w:t>
            </w:r>
            <w:r>
              <w:rPr>
                <w:rFonts w:ascii="Arial" w:hAnsi="Arial"/>
                <w:sz w:val="19"/>
              </w:rPr>
              <w:lastRenderedPageBreak/>
              <w:t>Тимофей Титович</w:t>
            </w:r>
          </w:p>
        </w:tc>
        <w:tc>
          <w:tcPr>
            <w:tcW w:w="1196" w:type="dxa"/>
          </w:tcPr>
          <w:p w14:paraId="1BFA1A7E" w14:textId="77777777" w:rsidR="00886147" w:rsidRDefault="00000000">
            <w:r>
              <w:rPr>
                <w:rFonts w:ascii="Arial" w:hAnsi="Arial"/>
                <w:sz w:val="19"/>
              </w:rPr>
              <w:lastRenderedPageBreak/>
              <w:t>05.02.1908</w:t>
            </w:r>
          </w:p>
        </w:tc>
        <w:tc>
          <w:tcPr>
            <w:tcW w:w="2244" w:type="dxa"/>
          </w:tcPr>
          <w:p w14:paraId="64D722F9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Беларусь, </w:t>
            </w:r>
            <w:r w:rsidRPr="00BB23E9">
              <w:rPr>
                <w:rFonts w:ascii="Arial" w:hAnsi="Arial"/>
                <w:sz w:val="19"/>
                <w:lang w:val="ru-RU"/>
              </w:rPr>
              <w:lastRenderedPageBreak/>
              <w:t xml:space="preserve">Могилевская обл.,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Воротынь</w:t>
            </w:r>
            <w:proofErr w:type="spellEnd"/>
          </w:p>
        </w:tc>
        <w:tc>
          <w:tcPr>
            <w:tcW w:w="2311" w:type="dxa"/>
          </w:tcPr>
          <w:p w14:paraId="2C658413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lastRenderedPageBreak/>
              <w:t>ст</w:t>
            </w:r>
            <w:proofErr w:type="spellEnd"/>
            <w:r>
              <w:rPr>
                <w:rFonts w:ascii="Arial" w:hAnsi="Arial"/>
                <w:sz w:val="19"/>
              </w:rPr>
              <w:t xml:space="preserve">. </w:t>
            </w:r>
            <w:proofErr w:type="spellStart"/>
            <w:r>
              <w:rPr>
                <w:rFonts w:ascii="Arial" w:hAnsi="Arial"/>
                <w:sz w:val="19"/>
              </w:rPr>
              <w:t>лейтенант</w:t>
            </w:r>
            <w:proofErr w:type="spellEnd"/>
          </w:p>
        </w:tc>
        <w:tc>
          <w:tcPr>
            <w:tcW w:w="1669" w:type="dxa"/>
          </w:tcPr>
          <w:p w14:paraId="4D8889AB" w14:textId="77777777" w:rsidR="00886147" w:rsidRDefault="00886147"/>
        </w:tc>
        <w:tc>
          <w:tcPr>
            <w:tcW w:w="2703" w:type="dxa"/>
          </w:tcPr>
          <w:p w14:paraId="0A164AE1" w14:textId="77777777" w:rsidR="00886147" w:rsidRDefault="00000000">
            <w:r>
              <w:rPr>
                <w:rFonts w:ascii="Arial" w:hAnsi="Arial"/>
                <w:sz w:val="19"/>
              </w:rPr>
              <w:t xml:space="preserve">жена Прокопчик Пелагея </w:t>
            </w:r>
            <w:r>
              <w:rPr>
                <w:rFonts w:ascii="Arial" w:hAnsi="Arial"/>
                <w:sz w:val="19"/>
              </w:rPr>
              <w:lastRenderedPageBreak/>
              <w:t>Лукинична</w:t>
            </w:r>
          </w:p>
        </w:tc>
        <w:tc>
          <w:tcPr>
            <w:tcW w:w="2244" w:type="dxa"/>
          </w:tcPr>
          <w:p w14:paraId="1443407B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lastRenderedPageBreak/>
              <w:t xml:space="preserve">Могилевская обл., </w:t>
            </w:r>
            <w:r w:rsidRPr="00BB23E9">
              <w:rPr>
                <w:rFonts w:ascii="Arial" w:hAnsi="Arial"/>
                <w:sz w:val="19"/>
                <w:lang w:val="ru-RU"/>
              </w:rPr>
              <w:lastRenderedPageBreak/>
              <w:t xml:space="preserve">Бобруйский р-н,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Воротынь</w:t>
            </w:r>
            <w:proofErr w:type="spellEnd"/>
          </w:p>
        </w:tc>
      </w:tr>
      <w:tr w:rsidR="00886147" w14:paraId="7B27BD45" w14:textId="77777777" w:rsidTr="00BB23E9">
        <w:tc>
          <w:tcPr>
            <w:tcW w:w="675" w:type="dxa"/>
          </w:tcPr>
          <w:p w14:paraId="62F476A5" w14:textId="77777777" w:rsidR="00886147" w:rsidRDefault="00000000">
            <w:r>
              <w:rPr>
                <w:rFonts w:ascii="Arial" w:hAnsi="Arial"/>
                <w:sz w:val="19"/>
              </w:rPr>
              <w:lastRenderedPageBreak/>
              <w:t>91</w:t>
            </w:r>
          </w:p>
        </w:tc>
        <w:tc>
          <w:tcPr>
            <w:tcW w:w="1669" w:type="dxa"/>
          </w:tcPr>
          <w:p w14:paraId="57787347" w14:textId="77777777" w:rsidR="00886147" w:rsidRDefault="00000000">
            <w:r>
              <w:rPr>
                <w:rFonts w:ascii="Arial" w:hAnsi="Arial"/>
                <w:sz w:val="19"/>
              </w:rPr>
              <w:t>Шестаков Сергей</w:t>
            </w:r>
          </w:p>
        </w:tc>
        <w:tc>
          <w:tcPr>
            <w:tcW w:w="1196" w:type="dxa"/>
          </w:tcPr>
          <w:p w14:paraId="42EB54BE" w14:textId="77777777" w:rsidR="00886147" w:rsidRDefault="00000000">
            <w:r>
              <w:rPr>
                <w:rFonts w:ascii="Arial" w:hAnsi="Arial"/>
                <w:sz w:val="19"/>
              </w:rPr>
              <w:t>11.10.1910</w:t>
            </w:r>
          </w:p>
        </w:tc>
        <w:tc>
          <w:tcPr>
            <w:tcW w:w="2244" w:type="dxa"/>
          </w:tcPr>
          <w:p w14:paraId="591ED0B8" w14:textId="77777777" w:rsidR="00886147" w:rsidRDefault="00886147"/>
        </w:tc>
        <w:tc>
          <w:tcPr>
            <w:tcW w:w="2311" w:type="dxa"/>
          </w:tcPr>
          <w:p w14:paraId="0E39F891" w14:textId="77777777" w:rsidR="00886147" w:rsidRDefault="00000000">
            <w:r>
              <w:rPr>
                <w:rFonts w:ascii="Arial" w:hAnsi="Arial"/>
                <w:sz w:val="19"/>
              </w:rPr>
              <w:t>Красноармеец</w:t>
            </w:r>
          </w:p>
        </w:tc>
        <w:tc>
          <w:tcPr>
            <w:tcW w:w="1669" w:type="dxa"/>
          </w:tcPr>
          <w:p w14:paraId="61017E5B" w14:textId="77777777" w:rsidR="00886147" w:rsidRDefault="00886147"/>
        </w:tc>
        <w:tc>
          <w:tcPr>
            <w:tcW w:w="2703" w:type="dxa"/>
          </w:tcPr>
          <w:p w14:paraId="1159654B" w14:textId="77777777" w:rsidR="00886147" w:rsidRDefault="00886147"/>
        </w:tc>
        <w:tc>
          <w:tcPr>
            <w:tcW w:w="2244" w:type="dxa"/>
          </w:tcPr>
          <w:p w14:paraId="2D8FA7DE" w14:textId="77777777" w:rsidR="00886147" w:rsidRDefault="00000000">
            <w:r>
              <w:rPr>
                <w:rFonts w:ascii="Arial" w:hAnsi="Arial"/>
                <w:sz w:val="19"/>
              </w:rPr>
              <w:t>Могилёвская обл., БССР</w:t>
            </w:r>
          </w:p>
        </w:tc>
      </w:tr>
      <w:tr w:rsidR="00886147" w:rsidRPr="00BB23E9" w14:paraId="1235EFF6" w14:textId="77777777" w:rsidTr="00BB23E9">
        <w:tc>
          <w:tcPr>
            <w:tcW w:w="675" w:type="dxa"/>
          </w:tcPr>
          <w:p w14:paraId="3E95072A" w14:textId="77777777" w:rsidR="00886147" w:rsidRDefault="00000000">
            <w:r>
              <w:rPr>
                <w:rFonts w:ascii="Arial" w:hAnsi="Arial"/>
                <w:sz w:val="19"/>
              </w:rPr>
              <w:t>92</w:t>
            </w:r>
          </w:p>
        </w:tc>
        <w:tc>
          <w:tcPr>
            <w:tcW w:w="1669" w:type="dxa"/>
          </w:tcPr>
          <w:p w14:paraId="76409CEA" w14:textId="77777777" w:rsidR="00886147" w:rsidRDefault="00000000">
            <w:r>
              <w:rPr>
                <w:rFonts w:ascii="Arial" w:hAnsi="Arial"/>
                <w:sz w:val="19"/>
              </w:rPr>
              <w:t>Бульбаков Терентий Сидорович</w:t>
            </w:r>
          </w:p>
        </w:tc>
        <w:tc>
          <w:tcPr>
            <w:tcW w:w="1196" w:type="dxa"/>
          </w:tcPr>
          <w:p w14:paraId="27D0A1DD" w14:textId="77777777" w:rsidR="00886147" w:rsidRDefault="00000000">
            <w:r>
              <w:rPr>
                <w:rFonts w:ascii="Arial" w:hAnsi="Arial"/>
                <w:sz w:val="19"/>
              </w:rPr>
              <w:t>17.04.1917</w:t>
            </w:r>
          </w:p>
        </w:tc>
        <w:tc>
          <w:tcPr>
            <w:tcW w:w="2244" w:type="dxa"/>
          </w:tcPr>
          <w:p w14:paraId="09DE61A5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обл., Быховский р-он,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Грудиновский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с/с,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Рыжковка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</w:t>
            </w:r>
          </w:p>
        </w:tc>
        <w:tc>
          <w:tcPr>
            <w:tcW w:w="2311" w:type="dxa"/>
          </w:tcPr>
          <w:p w14:paraId="3354BFEC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лейтенант</w:t>
            </w:r>
            <w:proofErr w:type="spellEnd"/>
          </w:p>
        </w:tc>
        <w:tc>
          <w:tcPr>
            <w:tcW w:w="1669" w:type="dxa"/>
          </w:tcPr>
          <w:p w14:paraId="5553976D" w14:textId="77777777" w:rsidR="00886147" w:rsidRDefault="00886147"/>
        </w:tc>
        <w:tc>
          <w:tcPr>
            <w:tcW w:w="2703" w:type="dxa"/>
          </w:tcPr>
          <w:p w14:paraId="02E51083" w14:textId="77777777" w:rsidR="00886147" w:rsidRDefault="00000000">
            <w:r>
              <w:rPr>
                <w:rFonts w:ascii="Arial" w:hAnsi="Arial"/>
                <w:sz w:val="19"/>
              </w:rPr>
              <w:t xml:space="preserve">Бульбаков Сидор Владимирович </w:t>
            </w:r>
          </w:p>
        </w:tc>
        <w:tc>
          <w:tcPr>
            <w:tcW w:w="2244" w:type="dxa"/>
          </w:tcPr>
          <w:p w14:paraId="28B711E3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обл., Быховский р-он,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Грудиновский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с/с,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Рыжковка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</w:t>
            </w:r>
          </w:p>
        </w:tc>
      </w:tr>
      <w:tr w:rsidR="00886147" w:rsidRPr="00BB23E9" w14:paraId="1BB80B8B" w14:textId="77777777" w:rsidTr="00BB23E9">
        <w:tc>
          <w:tcPr>
            <w:tcW w:w="675" w:type="dxa"/>
          </w:tcPr>
          <w:p w14:paraId="3A436737" w14:textId="77777777" w:rsidR="00886147" w:rsidRDefault="00000000">
            <w:r>
              <w:rPr>
                <w:rFonts w:ascii="Arial" w:hAnsi="Arial"/>
                <w:sz w:val="19"/>
              </w:rPr>
              <w:t>93</w:t>
            </w:r>
          </w:p>
        </w:tc>
        <w:tc>
          <w:tcPr>
            <w:tcW w:w="1669" w:type="dxa"/>
          </w:tcPr>
          <w:p w14:paraId="46DB8152" w14:textId="77777777" w:rsidR="00886147" w:rsidRDefault="00000000">
            <w:r>
              <w:rPr>
                <w:rFonts w:ascii="Arial" w:hAnsi="Arial"/>
                <w:sz w:val="19"/>
              </w:rPr>
              <w:t>Третьяков Григорий Демидович</w:t>
            </w:r>
          </w:p>
        </w:tc>
        <w:tc>
          <w:tcPr>
            <w:tcW w:w="1196" w:type="dxa"/>
          </w:tcPr>
          <w:p w14:paraId="6DFD068C" w14:textId="77777777" w:rsidR="00886147" w:rsidRDefault="00000000">
            <w:r>
              <w:rPr>
                <w:rFonts w:ascii="Arial" w:hAnsi="Arial"/>
                <w:sz w:val="19"/>
              </w:rPr>
              <w:t>16.02.1905</w:t>
            </w:r>
          </w:p>
        </w:tc>
        <w:tc>
          <w:tcPr>
            <w:tcW w:w="2244" w:type="dxa"/>
          </w:tcPr>
          <w:p w14:paraId="1EF107F2" w14:textId="77777777" w:rsidR="00886147" w:rsidRDefault="00000000">
            <w:r>
              <w:rPr>
                <w:rFonts w:ascii="Arial" w:hAnsi="Arial"/>
                <w:sz w:val="19"/>
              </w:rPr>
              <w:t>Могилёвская обл</w:t>
            </w:r>
          </w:p>
        </w:tc>
        <w:tc>
          <w:tcPr>
            <w:tcW w:w="2311" w:type="dxa"/>
          </w:tcPr>
          <w:p w14:paraId="1FCA95B9" w14:textId="77777777" w:rsidR="00886147" w:rsidRDefault="00000000">
            <w:r>
              <w:rPr>
                <w:rFonts w:ascii="Arial" w:hAnsi="Arial"/>
                <w:sz w:val="19"/>
              </w:rPr>
              <w:t>техник-интендант</w:t>
            </w:r>
          </w:p>
        </w:tc>
        <w:tc>
          <w:tcPr>
            <w:tcW w:w="1669" w:type="dxa"/>
          </w:tcPr>
          <w:p w14:paraId="39DEA6A2" w14:textId="77777777" w:rsidR="00886147" w:rsidRDefault="00886147"/>
        </w:tc>
        <w:tc>
          <w:tcPr>
            <w:tcW w:w="2703" w:type="dxa"/>
          </w:tcPr>
          <w:p w14:paraId="2DAB792F" w14:textId="77777777" w:rsidR="00886147" w:rsidRDefault="00000000">
            <w:r>
              <w:rPr>
                <w:rFonts w:ascii="Arial" w:hAnsi="Arial"/>
                <w:sz w:val="19"/>
              </w:rPr>
              <w:t>Третьяков Димид</w:t>
            </w:r>
          </w:p>
        </w:tc>
        <w:tc>
          <w:tcPr>
            <w:tcW w:w="2244" w:type="dxa"/>
          </w:tcPr>
          <w:p w14:paraId="2654BBDE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обл., Горецкий р-н,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Панкратовский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с/с</w:t>
            </w:r>
          </w:p>
        </w:tc>
      </w:tr>
      <w:tr w:rsidR="00886147" w14:paraId="5CE01E81" w14:textId="77777777" w:rsidTr="00BB23E9">
        <w:tc>
          <w:tcPr>
            <w:tcW w:w="675" w:type="dxa"/>
          </w:tcPr>
          <w:p w14:paraId="7E9F8971" w14:textId="77777777" w:rsidR="00886147" w:rsidRDefault="00000000">
            <w:r>
              <w:rPr>
                <w:rFonts w:ascii="Arial" w:hAnsi="Arial"/>
                <w:sz w:val="19"/>
              </w:rPr>
              <w:t>94</w:t>
            </w:r>
          </w:p>
        </w:tc>
        <w:tc>
          <w:tcPr>
            <w:tcW w:w="1669" w:type="dxa"/>
          </w:tcPr>
          <w:p w14:paraId="4968ABDC" w14:textId="77777777" w:rsidR="00886147" w:rsidRDefault="00000000">
            <w:r>
              <w:rPr>
                <w:rFonts w:ascii="Arial" w:hAnsi="Arial"/>
                <w:sz w:val="19"/>
              </w:rPr>
              <w:t>Бычков Никита</w:t>
            </w:r>
          </w:p>
        </w:tc>
        <w:tc>
          <w:tcPr>
            <w:tcW w:w="1196" w:type="dxa"/>
          </w:tcPr>
          <w:p w14:paraId="4F9601D8" w14:textId="77777777" w:rsidR="00886147" w:rsidRDefault="00000000">
            <w:r>
              <w:rPr>
                <w:rFonts w:ascii="Arial" w:hAnsi="Arial"/>
                <w:sz w:val="19"/>
              </w:rPr>
              <w:t>31.01.1893</w:t>
            </w:r>
          </w:p>
        </w:tc>
        <w:tc>
          <w:tcPr>
            <w:tcW w:w="2244" w:type="dxa"/>
          </w:tcPr>
          <w:p w14:paraId="48D19D06" w14:textId="77777777" w:rsidR="00886147" w:rsidRDefault="00886147"/>
        </w:tc>
        <w:tc>
          <w:tcPr>
            <w:tcW w:w="2311" w:type="dxa"/>
          </w:tcPr>
          <w:p w14:paraId="2C81DC0D" w14:textId="77777777" w:rsidR="00886147" w:rsidRDefault="00000000">
            <w:r>
              <w:rPr>
                <w:rFonts w:ascii="Arial" w:hAnsi="Arial"/>
                <w:sz w:val="19"/>
              </w:rPr>
              <w:t>мл. лейтенант</w:t>
            </w:r>
          </w:p>
        </w:tc>
        <w:tc>
          <w:tcPr>
            <w:tcW w:w="1669" w:type="dxa"/>
          </w:tcPr>
          <w:p w14:paraId="0CE3B5A5" w14:textId="77777777" w:rsidR="00886147" w:rsidRDefault="00886147"/>
        </w:tc>
        <w:tc>
          <w:tcPr>
            <w:tcW w:w="2703" w:type="dxa"/>
          </w:tcPr>
          <w:p w14:paraId="16BC2308" w14:textId="77777777" w:rsidR="00886147" w:rsidRDefault="00000000">
            <w:r>
              <w:rPr>
                <w:rFonts w:ascii="Arial" w:hAnsi="Arial"/>
                <w:sz w:val="19"/>
              </w:rPr>
              <w:t>Бычкова Елена</w:t>
            </w:r>
          </w:p>
        </w:tc>
        <w:tc>
          <w:tcPr>
            <w:tcW w:w="2244" w:type="dxa"/>
          </w:tcPr>
          <w:p w14:paraId="4A98A433" w14:textId="77777777" w:rsidR="00886147" w:rsidRDefault="00000000">
            <w:r>
              <w:rPr>
                <w:rFonts w:ascii="Arial" w:hAnsi="Arial"/>
                <w:sz w:val="19"/>
              </w:rPr>
              <w:t>Могилевская обл., д. Большевец</w:t>
            </w:r>
          </w:p>
        </w:tc>
      </w:tr>
      <w:tr w:rsidR="00886147" w14:paraId="34F2C7E0" w14:textId="77777777" w:rsidTr="00BB23E9">
        <w:tc>
          <w:tcPr>
            <w:tcW w:w="675" w:type="dxa"/>
          </w:tcPr>
          <w:p w14:paraId="1CFF1CDF" w14:textId="77777777" w:rsidR="00886147" w:rsidRDefault="00000000">
            <w:r>
              <w:rPr>
                <w:rFonts w:ascii="Arial" w:hAnsi="Arial"/>
                <w:sz w:val="19"/>
              </w:rPr>
              <w:t>95</w:t>
            </w:r>
          </w:p>
        </w:tc>
        <w:tc>
          <w:tcPr>
            <w:tcW w:w="1669" w:type="dxa"/>
          </w:tcPr>
          <w:p w14:paraId="020360F8" w14:textId="77777777" w:rsidR="00886147" w:rsidRDefault="00000000">
            <w:r>
              <w:rPr>
                <w:rFonts w:ascii="Arial" w:hAnsi="Arial"/>
                <w:sz w:val="19"/>
              </w:rPr>
              <w:t>Потешенко Федор Афанасьевич</w:t>
            </w:r>
          </w:p>
        </w:tc>
        <w:tc>
          <w:tcPr>
            <w:tcW w:w="1196" w:type="dxa"/>
          </w:tcPr>
          <w:p w14:paraId="56ABC848" w14:textId="77777777" w:rsidR="00886147" w:rsidRDefault="00000000">
            <w:r>
              <w:rPr>
                <w:rFonts w:ascii="Arial" w:hAnsi="Arial"/>
                <w:sz w:val="19"/>
              </w:rPr>
              <w:t>16.11.1907</w:t>
            </w:r>
          </w:p>
        </w:tc>
        <w:tc>
          <w:tcPr>
            <w:tcW w:w="2244" w:type="dxa"/>
          </w:tcPr>
          <w:p w14:paraId="172F6939" w14:textId="77777777" w:rsidR="00886147" w:rsidRDefault="00000000">
            <w:r>
              <w:rPr>
                <w:rFonts w:ascii="Arial" w:hAnsi="Arial"/>
                <w:sz w:val="19"/>
              </w:rPr>
              <w:t>Могилев</w:t>
            </w:r>
          </w:p>
        </w:tc>
        <w:tc>
          <w:tcPr>
            <w:tcW w:w="2311" w:type="dxa"/>
          </w:tcPr>
          <w:p w14:paraId="10E46BE1" w14:textId="77777777" w:rsidR="00886147" w:rsidRDefault="00000000">
            <w:r>
              <w:rPr>
                <w:rFonts w:ascii="Arial" w:hAnsi="Arial"/>
                <w:sz w:val="19"/>
              </w:rPr>
              <w:t>Капитан</w:t>
            </w:r>
          </w:p>
        </w:tc>
        <w:tc>
          <w:tcPr>
            <w:tcW w:w="1669" w:type="dxa"/>
          </w:tcPr>
          <w:p w14:paraId="260B44BF" w14:textId="77777777" w:rsidR="00886147" w:rsidRDefault="00886147"/>
        </w:tc>
        <w:tc>
          <w:tcPr>
            <w:tcW w:w="2703" w:type="dxa"/>
          </w:tcPr>
          <w:p w14:paraId="19591B19" w14:textId="77777777" w:rsidR="00886147" w:rsidRDefault="00000000">
            <w:r>
              <w:rPr>
                <w:rFonts w:ascii="Arial" w:hAnsi="Arial"/>
                <w:sz w:val="19"/>
              </w:rPr>
              <w:t>Отец - Потешенко Афанасий</w:t>
            </w:r>
          </w:p>
        </w:tc>
        <w:tc>
          <w:tcPr>
            <w:tcW w:w="2244" w:type="dxa"/>
          </w:tcPr>
          <w:p w14:paraId="0A713B0B" w14:textId="77777777" w:rsidR="00886147" w:rsidRDefault="00000000">
            <w:r>
              <w:rPr>
                <w:rFonts w:ascii="Arial" w:hAnsi="Arial"/>
                <w:sz w:val="19"/>
              </w:rPr>
              <w:t>Могилевская обл., д. Галузы</w:t>
            </w:r>
          </w:p>
        </w:tc>
      </w:tr>
      <w:tr w:rsidR="00886147" w14:paraId="005F4C5D" w14:textId="77777777" w:rsidTr="00BB23E9">
        <w:tc>
          <w:tcPr>
            <w:tcW w:w="675" w:type="dxa"/>
          </w:tcPr>
          <w:p w14:paraId="60EA9CA9" w14:textId="77777777" w:rsidR="00886147" w:rsidRDefault="00000000">
            <w:r>
              <w:rPr>
                <w:rFonts w:ascii="Arial" w:hAnsi="Arial"/>
                <w:sz w:val="19"/>
              </w:rPr>
              <w:t>96</w:t>
            </w:r>
          </w:p>
        </w:tc>
        <w:tc>
          <w:tcPr>
            <w:tcW w:w="1669" w:type="dxa"/>
          </w:tcPr>
          <w:p w14:paraId="2388F9C1" w14:textId="77777777" w:rsidR="00886147" w:rsidRDefault="00000000">
            <w:r>
              <w:rPr>
                <w:rFonts w:ascii="Arial" w:hAnsi="Arial"/>
                <w:sz w:val="19"/>
              </w:rPr>
              <w:t>Мандрич Иларион Романович</w:t>
            </w:r>
          </w:p>
        </w:tc>
        <w:tc>
          <w:tcPr>
            <w:tcW w:w="1196" w:type="dxa"/>
          </w:tcPr>
          <w:p w14:paraId="58E22C57" w14:textId="77777777" w:rsidR="00886147" w:rsidRDefault="00000000">
            <w:r>
              <w:rPr>
                <w:rFonts w:ascii="Arial" w:hAnsi="Arial"/>
                <w:sz w:val="19"/>
              </w:rPr>
              <w:t>1917</w:t>
            </w:r>
          </w:p>
        </w:tc>
        <w:tc>
          <w:tcPr>
            <w:tcW w:w="2244" w:type="dxa"/>
          </w:tcPr>
          <w:p w14:paraId="77CBED87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Украинская ССР, Харьковская обл., Валковский р-н, с. Мельниково</w:t>
            </w:r>
          </w:p>
        </w:tc>
        <w:tc>
          <w:tcPr>
            <w:tcW w:w="2311" w:type="dxa"/>
          </w:tcPr>
          <w:p w14:paraId="656451C5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лейтенант</w:t>
            </w:r>
            <w:proofErr w:type="spellEnd"/>
          </w:p>
        </w:tc>
        <w:tc>
          <w:tcPr>
            <w:tcW w:w="1669" w:type="dxa"/>
          </w:tcPr>
          <w:p w14:paraId="54A1EAFA" w14:textId="77777777" w:rsidR="00886147" w:rsidRDefault="00886147"/>
        </w:tc>
        <w:tc>
          <w:tcPr>
            <w:tcW w:w="2703" w:type="dxa"/>
          </w:tcPr>
          <w:p w14:paraId="62C04EB0" w14:textId="77777777" w:rsidR="00886147" w:rsidRDefault="00000000">
            <w:r>
              <w:rPr>
                <w:rFonts w:ascii="Arial" w:hAnsi="Arial"/>
                <w:sz w:val="19"/>
              </w:rPr>
              <w:t xml:space="preserve">Ромашова Анна </w:t>
            </w:r>
          </w:p>
        </w:tc>
        <w:tc>
          <w:tcPr>
            <w:tcW w:w="2244" w:type="dxa"/>
          </w:tcPr>
          <w:p w14:paraId="069795ED" w14:textId="77777777" w:rsidR="00886147" w:rsidRDefault="00000000">
            <w:r>
              <w:rPr>
                <w:rFonts w:ascii="Arial" w:hAnsi="Arial"/>
                <w:sz w:val="19"/>
              </w:rPr>
              <w:t>Могилевская обл., д. Шапчицы</w:t>
            </w:r>
          </w:p>
        </w:tc>
      </w:tr>
      <w:tr w:rsidR="00886147" w:rsidRPr="00BB23E9" w14:paraId="6B74A87C" w14:textId="77777777" w:rsidTr="00BB23E9">
        <w:tc>
          <w:tcPr>
            <w:tcW w:w="675" w:type="dxa"/>
          </w:tcPr>
          <w:p w14:paraId="63014627" w14:textId="77777777" w:rsidR="00886147" w:rsidRDefault="00000000">
            <w:r>
              <w:rPr>
                <w:rFonts w:ascii="Arial" w:hAnsi="Arial"/>
                <w:sz w:val="19"/>
              </w:rPr>
              <w:t>97</w:t>
            </w:r>
          </w:p>
        </w:tc>
        <w:tc>
          <w:tcPr>
            <w:tcW w:w="1669" w:type="dxa"/>
          </w:tcPr>
          <w:p w14:paraId="42ED331E" w14:textId="77777777" w:rsidR="00886147" w:rsidRDefault="00000000">
            <w:r>
              <w:rPr>
                <w:rFonts w:ascii="Arial" w:hAnsi="Arial"/>
                <w:sz w:val="19"/>
              </w:rPr>
              <w:t>Аверьков Кирилл Алексеевич</w:t>
            </w:r>
          </w:p>
        </w:tc>
        <w:tc>
          <w:tcPr>
            <w:tcW w:w="1196" w:type="dxa"/>
          </w:tcPr>
          <w:p w14:paraId="20CECBCF" w14:textId="77777777" w:rsidR="00886147" w:rsidRDefault="00000000">
            <w:r>
              <w:rPr>
                <w:rFonts w:ascii="Arial" w:hAnsi="Arial"/>
                <w:sz w:val="19"/>
              </w:rPr>
              <w:t>10.05.1906</w:t>
            </w:r>
          </w:p>
        </w:tc>
        <w:tc>
          <w:tcPr>
            <w:tcW w:w="2244" w:type="dxa"/>
          </w:tcPr>
          <w:p w14:paraId="386D89BC" w14:textId="77777777" w:rsidR="00886147" w:rsidRDefault="00000000">
            <w:r>
              <w:rPr>
                <w:rFonts w:ascii="Arial" w:hAnsi="Arial"/>
                <w:sz w:val="19"/>
              </w:rPr>
              <w:t>Лосново</w:t>
            </w:r>
          </w:p>
        </w:tc>
        <w:tc>
          <w:tcPr>
            <w:tcW w:w="2311" w:type="dxa"/>
          </w:tcPr>
          <w:p w14:paraId="5D49BA5A" w14:textId="77777777" w:rsidR="00886147" w:rsidRDefault="00000000">
            <w:r>
              <w:rPr>
                <w:rFonts w:ascii="Arial" w:hAnsi="Arial"/>
                <w:sz w:val="19"/>
              </w:rPr>
              <w:t>рядовой</w:t>
            </w:r>
          </w:p>
        </w:tc>
        <w:tc>
          <w:tcPr>
            <w:tcW w:w="1669" w:type="dxa"/>
          </w:tcPr>
          <w:p w14:paraId="707EEC5A" w14:textId="77777777" w:rsidR="00886147" w:rsidRDefault="00886147"/>
        </w:tc>
        <w:tc>
          <w:tcPr>
            <w:tcW w:w="2703" w:type="dxa"/>
          </w:tcPr>
          <w:p w14:paraId="503E3AD8" w14:textId="77777777" w:rsidR="00886147" w:rsidRDefault="00000000">
            <w:r>
              <w:rPr>
                <w:rFonts w:ascii="Arial" w:hAnsi="Arial"/>
                <w:sz w:val="19"/>
              </w:rPr>
              <w:t>Аверькова М.А.</w:t>
            </w:r>
          </w:p>
        </w:tc>
        <w:tc>
          <w:tcPr>
            <w:tcW w:w="2244" w:type="dxa"/>
          </w:tcPr>
          <w:p w14:paraId="7E645DEF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обл.,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Дребинский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р-н.,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д.Дивново</w:t>
            </w:r>
            <w:proofErr w:type="spellEnd"/>
          </w:p>
        </w:tc>
      </w:tr>
      <w:tr w:rsidR="00886147" w:rsidRPr="00BB23E9" w14:paraId="1994F3BA" w14:textId="77777777" w:rsidTr="00BB23E9">
        <w:tc>
          <w:tcPr>
            <w:tcW w:w="675" w:type="dxa"/>
          </w:tcPr>
          <w:p w14:paraId="75709741" w14:textId="77777777" w:rsidR="00886147" w:rsidRDefault="00000000">
            <w:r>
              <w:rPr>
                <w:rFonts w:ascii="Arial" w:hAnsi="Arial"/>
                <w:sz w:val="19"/>
              </w:rPr>
              <w:t>98</w:t>
            </w:r>
          </w:p>
        </w:tc>
        <w:tc>
          <w:tcPr>
            <w:tcW w:w="1669" w:type="dxa"/>
          </w:tcPr>
          <w:p w14:paraId="7B677C57" w14:textId="77777777" w:rsidR="00886147" w:rsidRDefault="00000000">
            <w:r>
              <w:rPr>
                <w:rFonts w:ascii="Arial" w:hAnsi="Arial"/>
                <w:sz w:val="19"/>
              </w:rPr>
              <w:t>Макеев Николай Георгиевич</w:t>
            </w:r>
          </w:p>
        </w:tc>
        <w:tc>
          <w:tcPr>
            <w:tcW w:w="1196" w:type="dxa"/>
          </w:tcPr>
          <w:p w14:paraId="4C1A0CD1" w14:textId="77777777" w:rsidR="00886147" w:rsidRDefault="00000000">
            <w:r>
              <w:rPr>
                <w:rFonts w:ascii="Arial" w:hAnsi="Arial"/>
                <w:sz w:val="19"/>
              </w:rPr>
              <w:t>06.07.1915</w:t>
            </w:r>
          </w:p>
        </w:tc>
        <w:tc>
          <w:tcPr>
            <w:tcW w:w="2244" w:type="dxa"/>
          </w:tcPr>
          <w:p w14:paraId="1E6A8778" w14:textId="77777777" w:rsidR="00886147" w:rsidRDefault="00000000">
            <w:r>
              <w:rPr>
                <w:rFonts w:ascii="Arial" w:hAnsi="Arial"/>
                <w:sz w:val="19"/>
              </w:rPr>
              <w:t xml:space="preserve">Павловск на Дону </w:t>
            </w:r>
          </w:p>
        </w:tc>
        <w:tc>
          <w:tcPr>
            <w:tcW w:w="2311" w:type="dxa"/>
          </w:tcPr>
          <w:p w14:paraId="77DBBC64" w14:textId="77777777" w:rsidR="00886147" w:rsidRDefault="00000000">
            <w:r>
              <w:rPr>
                <w:rFonts w:ascii="Arial" w:hAnsi="Arial"/>
                <w:sz w:val="19"/>
              </w:rPr>
              <w:t xml:space="preserve">младший лейтенант </w:t>
            </w:r>
          </w:p>
        </w:tc>
        <w:tc>
          <w:tcPr>
            <w:tcW w:w="1669" w:type="dxa"/>
          </w:tcPr>
          <w:p w14:paraId="43D73234" w14:textId="77777777" w:rsidR="00886147" w:rsidRDefault="00886147"/>
        </w:tc>
        <w:tc>
          <w:tcPr>
            <w:tcW w:w="2703" w:type="dxa"/>
          </w:tcPr>
          <w:p w14:paraId="31ADC1B1" w14:textId="77777777" w:rsidR="00886147" w:rsidRDefault="00000000">
            <w:r>
              <w:rPr>
                <w:rFonts w:ascii="Arial" w:hAnsi="Arial"/>
                <w:sz w:val="19"/>
              </w:rPr>
              <w:t xml:space="preserve">Макеева Мария </w:t>
            </w:r>
          </w:p>
        </w:tc>
        <w:tc>
          <w:tcPr>
            <w:tcW w:w="2244" w:type="dxa"/>
          </w:tcPr>
          <w:p w14:paraId="71EC841B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обл., Кировский р-он, с.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Тейтовское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</w:t>
            </w:r>
          </w:p>
        </w:tc>
      </w:tr>
      <w:tr w:rsidR="00886147" w:rsidRPr="00BB23E9" w14:paraId="43724240" w14:textId="77777777" w:rsidTr="00BB23E9">
        <w:tc>
          <w:tcPr>
            <w:tcW w:w="675" w:type="dxa"/>
          </w:tcPr>
          <w:p w14:paraId="0256DA0D" w14:textId="77777777" w:rsidR="00886147" w:rsidRDefault="00000000">
            <w:r>
              <w:rPr>
                <w:rFonts w:ascii="Arial" w:hAnsi="Arial"/>
                <w:sz w:val="19"/>
              </w:rPr>
              <w:t>99</w:t>
            </w:r>
          </w:p>
        </w:tc>
        <w:tc>
          <w:tcPr>
            <w:tcW w:w="1669" w:type="dxa"/>
          </w:tcPr>
          <w:p w14:paraId="58F7D008" w14:textId="77777777" w:rsidR="00886147" w:rsidRDefault="00000000">
            <w:r>
              <w:rPr>
                <w:rFonts w:ascii="Arial" w:hAnsi="Arial"/>
                <w:sz w:val="19"/>
              </w:rPr>
              <w:t>Щислёнок (Счислёнок) Федор Андреевич</w:t>
            </w:r>
          </w:p>
        </w:tc>
        <w:tc>
          <w:tcPr>
            <w:tcW w:w="1196" w:type="dxa"/>
          </w:tcPr>
          <w:p w14:paraId="35F49C4D" w14:textId="77777777" w:rsidR="00886147" w:rsidRDefault="00000000">
            <w:r>
              <w:rPr>
                <w:rFonts w:ascii="Arial" w:hAnsi="Arial"/>
                <w:sz w:val="19"/>
              </w:rPr>
              <w:t>08.02.1918</w:t>
            </w:r>
          </w:p>
        </w:tc>
        <w:tc>
          <w:tcPr>
            <w:tcW w:w="2244" w:type="dxa"/>
          </w:tcPr>
          <w:p w14:paraId="041CF4D7" w14:textId="77777777" w:rsidR="00886147" w:rsidRDefault="00000000">
            <w:r>
              <w:rPr>
                <w:rFonts w:ascii="Arial" w:hAnsi="Arial"/>
                <w:sz w:val="19"/>
              </w:rPr>
              <w:t>Дмитровка</w:t>
            </w:r>
          </w:p>
        </w:tc>
        <w:tc>
          <w:tcPr>
            <w:tcW w:w="2311" w:type="dxa"/>
          </w:tcPr>
          <w:p w14:paraId="65E99ECA" w14:textId="77777777" w:rsidR="00886147" w:rsidRDefault="00000000">
            <w:r>
              <w:rPr>
                <w:rFonts w:ascii="Arial" w:hAnsi="Arial"/>
                <w:sz w:val="19"/>
              </w:rPr>
              <w:t>мл. лейтенант</w:t>
            </w:r>
          </w:p>
        </w:tc>
        <w:tc>
          <w:tcPr>
            <w:tcW w:w="1669" w:type="dxa"/>
          </w:tcPr>
          <w:p w14:paraId="4E7D9E8C" w14:textId="77777777" w:rsidR="00886147" w:rsidRDefault="00886147"/>
        </w:tc>
        <w:tc>
          <w:tcPr>
            <w:tcW w:w="2703" w:type="dxa"/>
          </w:tcPr>
          <w:p w14:paraId="443841AB" w14:textId="77777777" w:rsidR="00886147" w:rsidRDefault="00000000">
            <w:r>
              <w:rPr>
                <w:rFonts w:ascii="Arial" w:hAnsi="Arial"/>
                <w:sz w:val="19"/>
              </w:rPr>
              <w:t>Счислёнок Андрей Михайлович</w:t>
            </w:r>
          </w:p>
        </w:tc>
        <w:tc>
          <w:tcPr>
            <w:tcW w:w="2244" w:type="dxa"/>
          </w:tcPr>
          <w:p w14:paraId="3D3C0AAC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обл.,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Клочевский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р-н, д. Дмитровка</w:t>
            </w:r>
          </w:p>
        </w:tc>
      </w:tr>
      <w:tr w:rsidR="00886147" w:rsidRPr="00BB23E9" w14:paraId="7080E177" w14:textId="77777777" w:rsidTr="00BB23E9">
        <w:tc>
          <w:tcPr>
            <w:tcW w:w="675" w:type="dxa"/>
          </w:tcPr>
          <w:p w14:paraId="11645BF5" w14:textId="77777777" w:rsidR="00886147" w:rsidRDefault="00000000">
            <w:r>
              <w:rPr>
                <w:rFonts w:ascii="Arial" w:hAnsi="Arial"/>
                <w:sz w:val="19"/>
              </w:rPr>
              <w:t>100</w:t>
            </w:r>
          </w:p>
        </w:tc>
        <w:tc>
          <w:tcPr>
            <w:tcW w:w="1669" w:type="dxa"/>
          </w:tcPr>
          <w:p w14:paraId="52287D26" w14:textId="77777777" w:rsidR="00886147" w:rsidRDefault="00000000">
            <w:r>
              <w:rPr>
                <w:rFonts w:ascii="Arial" w:hAnsi="Arial"/>
                <w:sz w:val="19"/>
              </w:rPr>
              <w:t>Шевцов Федор Фомич</w:t>
            </w:r>
          </w:p>
        </w:tc>
        <w:tc>
          <w:tcPr>
            <w:tcW w:w="1196" w:type="dxa"/>
          </w:tcPr>
          <w:p w14:paraId="76560F04" w14:textId="77777777" w:rsidR="00886147" w:rsidRDefault="00000000">
            <w:r>
              <w:rPr>
                <w:rFonts w:ascii="Arial" w:hAnsi="Arial"/>
                <w:sz w:val="19"/>
              </w:rPr>
              <w:t>1892</w:t>
            </w:r>
          </w:p>
        </w:tc>
        <w:tc>
          <w:tcPr>
            <w:tcW w:w="2244" w:type="dxa"/>
          </w:tcPr>
          <w:p w14:paraId="5E8B0217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обл., Мстиславский р-н,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Бастеновичи</w:t>
            </w:r>
            <w:proofErr w:type="spellEnd"/>
          </w:p>
        </w:tc>
        <w:tc>
          <w:tcPr>
            <w:tcW w:w="2311" w:type="dxa"/>
          </w:tcPr>
          <w:p w14:paraId="15DC0D17" w14:textId="77777777" w:rsidR="00886147" w:rsidRDefault="00000000">
            <w:proofErr w:type="spellStart"/>
            <w:r>
              <w:rPr>
                <w:rFonts w:ascii="Arial" w:hAnsi="Arial"/>
                <w:sz w:val="19"/>
              </w:rPr>
              <w:t>красноармеец</w:t>
            </w:r>
            <w:proofErr w:type="spellEnd"/>
          </w:p>
        </w:tc>
        <w:tc>
          <w:tcPr>
            <w:tcW w:w="1669" w:type="dxa"/>
          </w:tcPr>
          <w:p w14:paraId="35EEF1F0" w14:textId="77777777" w:rsidR="00886147" w:rsidRDefault="00886147"/>
        </w:tc>
        <w:tc>
          <w:tcPr>
            <w:tcW w:w="2703" w:type="dxa"/>
          </w:tcPr>
          <w:p w14:paraId="2AC46213" w14:textId="77777777" w:rsidR="00886147" w:rsidRDefault="00000000">
            <w:r>
              <w:rPr>
                <w:rFonts w:ascii="Arial" w:hAnsi="Arial"/>
                <w:sz w:val="19"/>
              </w:rPr>
              <w:t>Шевцова Е.Н.</w:t>
            </w:r>
          </w:p>
        </w:tc>
        <w:tc>
          <w:tcPr>
            <w:tcW w:w="2244" w:type="dxa"/>
          </w:tcPr>
          <w:p w14:paraId="4AF33D3B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обл., Мстиславский р-н, д.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Бастеновичи</w:t>
            </w:r>
            <w:proofErr w:type="spellEnd"/>
          </w:p>
        </w:tc>
      </w:tr>
      <w:tr w:rsidR="00886147" w:rsidRPr="00BB23E9" w14:paraId="40F6EA3B" w14:textId="77777777" w:rsidTr="00BB23E9">
        <w:tc>
          <w:tcPr>
            <w:tcW w:w="675" w:type="dxa"/>
          </w:tcPr>
          <w:p w14:paraId="1B5674B0" w14:textId="77777777" w:rsidR="00886147" w:rsidRDefault="00000000">
            <w:r>
              <w:rPr>
                <w:rFonts w:ascii="Arial" w:hAnsi="Arial"/>
                <w:sz w:val="19"/>
              </w:rPr>
              <w:t>101</w:t>
            </w:r>
          </w:p>
        </w:tc>
        <w:tc>
          <w:tcPr>
            <w:tcW w:w="1669" w:type="dxa"/>
          </w:tcPr>
          <w:p w14:paraId="5EC7517D" w14:textId="77777777" w:rsidR="00886147" w:rsidRDefault="00000000">
            <w:r>
              <w:rPr>
                <w:rFonts w:ascii="Arial" w:hAnsi="Arial"/>
                <w:sz w:val="19"/>
              </w:rPr>
              <w:t>Цыганков Демьян Семенович</w:t>
            </w:r>
          </w:p>
        </w:tc>
        <w:tc>
          <w:tcPr>
            <w:tcW w:w="1196" w:type="dxa"/>
          </w:tcPr>
          <w:p w14:paraId="1F8E022D" w14:textId="77777777" w:rsidR="00886147" w:rsidRDefault="00000000">
            <w:r>
              <w:rPr>
                <w:rFonts w:ascii="Arial" w:hAnsi="Arial"/>
                <w:sz w:val="19"/>
              </w:rPr>
              <w:t>07.09.1919</w:t>
            </w:r>
          </w:p>
        </w:tc>
        <w:tc>
          <w:tcPr>
            <w:tcW w:w="2244" w:type="dxa"/>
          </w:tcPr>
          <w:p w14:paraId="25F6430E" w14:textId="77777777" w:rsidR="00886147" w:rsidRDefault="00000000">
            <w:r>
              <w:rPr>
                <w:rFonts w:ascii="Arial" w:hAnsi="Arial"/>
                <w:sz w:val="19"/>
              </w:rPr>
              <w:t>БССР, д.Малая Лещенка</w:t>
            </w:r>
          </w:p>
        </w:tc>
        <w:tc>
          <w:tcPr>
            <w:tcW w:w="2311" w:type="dxa"/>
          </w:tcPr>
          <w:p w14:paraId="7377273B" w14:textId="77777777" w:rsidR="00886147" w:rsidRDefault="00000000">
            <w:r>
              <w:rPr>
                <w:rFonts w:ascii="Arial" w:hAnsi="Arial"/>
                <w:sz w:val="19"/>
              </w:rPr>
              <w:t>лейтенант</w:t>
            </w:r>
          </w:p>
        </w:tc>
        <w:tc>
          <w:tcPr>
            <w:tcW w:w="1669" w:type="dxa"/>
          </w:tcPr>
          <w:p w14:paraId="3D28F6A6" w14:textId="77777777" w:rsidR="00886147" w:rsidRDefault="00886147"/>
        </w:tc>
        <w:tc>
          <w:tcPr>
            <w:tcW w:w="2703" w:type="dxa"/>
          </w:tcPr>
          <w:p w14:paraId="678B0DA7" w14:textId="77777777" w:rsidR="00886147" w:rsidRDefault="00000000">
            <w:r>
              <w:rPr>
                <w:rFonts w:ascii="Arial" w:hAnsi="Arial"/>
                <w:sz w:val="19"/>
              </w:rPr>
              <w:t>Цыганков Семен</w:t>
            </w:r>
          </w:p>
        </w:tc>
        <w:tc>
          <w:tcPr>
            <w:tcW w:w="2244" w:type="dxa"/>
          </w:tcPr>
          <w:p w14:paraId="5C97A738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Могилевская обл., Мстиславский р-н, д. Малая Лещенка</w:t>
            </w:r>
          </w:p>
        </w:tc>
      </w:tr>
      <w:tr w:rsidR="00886147" w:rsidRPr="00BB23E9" w14:paraId="56720705" w14:textId="77777777" w:rsidTr="00BB23E9">
        <w:tc>
          <w:tcPr>
            <w:tcW w:w="675" w:type="dxa"/>
          </w:tcPr>
          <w:p w14:paraId="5B84BFEF" w14:textId="77777777" w:rsidR="00886147" w:rsidRDefault="00000000">
            <w:r>
              <w:rPr>
                <w:rFonts w:ascii="Arial" w:hAnsi="Arial"/>
                <w:sz w:val="19"/>
              </w:rPr>
              <w:t>102</w:t>
            </w:r>
          </w:p>
        </w:tc>
        <w:tc>
          <w:tcPr>
            <w:tcW w:w="1669" w:type="dxa"/>
          </w:tcPr>
          <w:p w14:paraId="0EC42040" w14:textId="77777777" w:rsidR="00886147" w:rsidRDefault="00000000">
            <w:r>
              <w:rPr>
                <w:rFonts w:ascii="Arial" w:hAnsi="Arial"/>
                <w:sz w:val="19"/>
              </w:rPr>
              <w:t>Шатеров Николай Александрович</w:t>
            </w:r>
          </w:p>
        </w:tc>
        <w:tc>
          <w:tcPr>
            <w:tcW w:w="1196" w:type="dxa"/>
          </w:tcPr>
          <w:p w14:paraId="1515E45C" w14:textId="77777777" w:rsidR="00886147" w:rsidRDefault="00000000">
            <w:r>
              <w:rPr>
                <w:rFonts w:ascii="Arial" w:hAnsi="Arial"/>
                <w:sz w:val="19"/>
              </w:rPr>
              <w:t>03.05.1913</w:t>
            </w:r>
          </w:p>
        </w:tc>
        <w:tc>
          <w:tcPr>
            <w:tcW w:w="2244" w:type="dxa"/>
          </w:tcPr>
          <w:p w14:paraId="03E65E3D" w14:textId="77777777" w:rsidR="00886147" w:rsidRDefault="00000000">
            <w:r>
              <w:rPr>
                <w:rFonts w:ascii="Arial" w:hAnsi="Arial"/>
                <w:sz w:val="19"/>
              </w:rPr>
              <w:t>БССР, Могилёвская обл, Осмоловичи</w:t>
            </w:r>
          </w:p>
        </w:tc>
        <w:tc>
          <w:tcPr>
            <w:tcW w:w="2311" w:type="dxa"/>
          </w:tcPr>
          <w:p w14:paraId="37BA0235" w14:textId="77777777" w:rsidR="00886147" w:rsidRDefault="00000000">
            <w:r>
              <w:rPr>
                <w:rFonts w:ascii="Arial" w:hAnsi="Arial"/>
                <w:sz w:val="19"/>
              </w:rPr>
              <w:t>мл. лейтенант</w:t>
            </w:r>
          </w:p>
        </w:tc>
        <w:tc>
          <w:tcPr>
            <w:tcW w:w="1669" w:type="dxa"/>
          </w:tcPr>
          <w:p w14:paraId="75F37FFF" w14:textId="77777777" w:rsidR="00886147" w:rsidRDefault="00886147"/>
        </w:tc>
        <w:tc>
          <w:tcPr>
            <w:tcW w:w="2703" w:type="dxa"/>
          </w:tcPr>
          <w:p w14:paraId="19824430" w14:textId="77777777" w:rsidR="00886147" w:rsidRDefault="00000000">
            <w:r>
              <w:rPr>
                <w:rFonts w:ascii="Arial" w:hAnsi="Arial"/>
                <w:sz w:val="19"/>
              </w:rPr>
              <w:t>Шатерова Александра</w:t>
            </w:r>
          </w:p>
        </w:tc>
        <w:tc>
          <w:tcPr>
            <w:tcW w:w="2244" w:type="dxa"/>
          </w:tcPr>
          <w:p w14:paraId="357EA44E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обл., Мстиславский р-н, с.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Осмоловичи</w:t>
            </w:r>
            <w:proofErr w:type="spellEnd"/>
          </w:p>
        </w:tc>
      </w:tr>
      <w:tr w:rsidR="00886147" w14:paraId="5022F9BF" w14:textId="77777777" w:rsidTr="00BB23E9">
        <w:tc>
          <w:tcPr>
            <w:tcW w:w="675" w:type="dxa"/>
          </w:tcPr>
          <w:p w14:paraId="6F843DFB" w14:textId="77777777" w:rsidR="00886147" w:rsidRDefault="00000000">
            <w:r>
              <w:rPr>
                <w:rFonts w:ascii="Arial" w:hAnsi="Arial"/>
                <w:sz w:val="19"/>
              </w:rPr>
              <w:t>103</w:t>
            </w:r>
          </w:p>
        </w:tc>
        <w:tc>
          <w:tcPr>
            <w:tcW w:w="1669" w:type="dxa"/>
          </w:tcPr>
          <w:p w14:paraId="3F4AA6FE" w14:textId="77777777" w:rsidR="00886147" w:rsidRDefault="00000000">
            <w:r>
              <w:rPr>
                <w:rFonts w:ascii="Arial" w:hAnsi="Arial"/>
                <w:sz w:val="19"/>
              </w:rPr>
              <w:t>Шевцов Григорий Павлович</w:t>
            </w:r>
          </w:p>
        </w:tc>
        <w:tc>
          <w:tcPr>
            <w:tcW w:w="1196" w:type="dxa"/>
          </w:tcPr>
          <w:p w14:paraId="2DF52BD3" w14:textId="77777777" w:rsidR="00886147" w:rsidRDefault="00000000">
            <w:r>
              <w:rPr>
                <w:rFonts w:ascii="Arial" w:hAnsi="Arial"/>
                <w:sz w:val="19"/>
              </w:rPr>
              <w:t>1893</w:t>
            </w:r>
          </w:p>
        </w:tc>
        <w:tc>
          <w:tcPr>
            <w:tcW w:w="2244" w:type="dxa"/>
          </w:tcPr>
          <w:p w14:paraId="319F176B" w14:textId="77777777" w:rsidR="00886147" w:rsidRDefault="00000000"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обл., Мстиславский р-н, ст. </w:t>
            </w:r>
            <w:proofErr w:type="spellStart"/>
            <w:r>
              <w:rPr>
                <w:rFonts w:ascii="Arial" w:hAnsi="Arial"/>
                <w:sz w:val="19"/>
              </w:rPr>
              <w:t>Ходосы</w:t>
            </w:r>
            <w:proofErr w:type="spellEnd"/>
          </w:p>
        </w:tc>
        <w:tc>
          <w:tcPr>
            <w:tcW w:w="2311" w:type="dxa"/>
          </w:tcPr>
          <w:p w14:paraId="3F522E93" w14:textId="77777777" w:rsidR="00886147" w:rsidRDefault="00000000">
            <w:r>
              <w:rPr>
                <w:rFonts w:ascii="Arial" w:hAnsi="Arial"/>
                <w:sz w:val="19"/>
              </w:rPr>
              <w:t>красноармеец</w:t>
            </w:r>
          </w:p>
        </w:tc>
        <w:tc>
          <w:tcPr>
            <w:tcW w:w="1669" w:type="dxa"/>
          </w:tcPr>
          <w:p w14:paraId="4ED19AEA" w14:textId="77777777" w:rsidR="00886147" w:rsidRDefault="00886147"/>
        </w:tc>
        <w:tc>
          <w:tcPr>
            <w:tcW w:w="2703" w:type="dxa"/>
          </w:tcPr>
          <w:p w14:paraId="5A30D0DB" w14:textId="77777777" w:rsidR="00886147" w:rsidRDefault="00000000">
            <w:r>
              <w:rPr>
                <w:rFonts w:ascii="Arial" w:hAnsi="Arial"/>
                <w:sz w:val="19"/>
              </w:rPr>
              <w:t>Шевцова Е.Д.</w:t>
            </w:r>
          </w:p>
        </w:tc>
        <w:tc>
          <w:tcPr>
            <w:tcW w:w="2244" w:type="dxa"/>
          </w:tcPr>
          <w:p w14:paraId="1DC95733" w14:textId="77777777" w:rsidR="00886147" w:rsidRDefault="00000000"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обл., Мстиславский р-н, ст. </w:t>
            </w:r>
            <w:proofErr w:type="spellStart"/>
            <w:r>
              <w:rPr>
                <w:rFonts w:ascii="Arial" w:hAnsi="Arial"/>
                <w:sz w:val="19"/>
              </w:rPr>
              <w:t>Ходосы</w:t>
            </w:r>
            <w:proofErr w:type="spellEnd"/>
          </w:p>
        </w:tc>
      </w:tr>
      <w:tr w:rsidR="00886147" w:rsidRPr="00BB23E9" w14:paraId="158876F4" w14:textId="77777777" w:rsidTr="00BB23E9">
        <w:tc>
          <w:tcPr>
            <w:tcW w:w="675" w:type="dxa"/>
          </w:tcPr>
          <w:p w14:paraId="68D3F365" w14:textId="77777777" w:rsidR="00886147" w:rsidRDefault="00000000">
            <w:r>
              <w:rPr>
                <w:rFonts w:ascii="Arial" w:hAnsi="Arial"/>
                <w:sz w:val="19"/>
              </w:rPr>
              <w:t>104</w:t>
            </w:r>
          </w:p>
        </w:tc>
        <w:tc>
          <w:tcPr>
            <w:tcW w:w="1669" w:type="dxa"/>
          </w:tcPr>
          <w:p w14:paraId="262D4FD2" w14:textId="77777777" w:rsidR="00886147" w:rsidRDefault="00000000">
            <w:r>
              <w:rPr>
                <w:rFonts w:ascii="Arial" w:hAnsi="Arial"/>
                <w:sz w:val="19"/>
              </w:rPr>
              <w:t>Куредков Борис Петрович</w:t>
            </w:r>
          </w:p>
        </w:tc>
        <w:tc>
          <w:tcPr>
            <w:tcW w:w="1196" w:type="dxa"/>
          </w:tcPr>
          <w:p w14:paraId="335BF4DF" w14:textId="77777777" w:rsidR="00886147" w:rsidRDefault="00000000">
            <w:r>
              <w:rPr>
                <w:rFonts w:ascii="Arial" w:hAnsi="Arial"/>
                <w:sz w:val="19"/>
              </w:rPr>
              <w:t>1906</w:t>
            </w:r>
          </w:p>
        </w:tc>
        <w:tc>
          <w:tcPr>
            <w:tcW w:w="2244" w:type="dxa"/>
          </w:tcPr>
          <w:p w14:paraId="69CDD0B9" w14:textId="77777777" w:rsidR="00886147" w:rsidRDefault="00000000">
            <w:r>
              <w:rPr>
                <w:rFonts w:ascii="Arial" w:hAnsi="Arial"/>
                <w:sz w:val="19"/>
              </w:rPr>
              <w:t>Белоруссия, Могилевская область</w:t>
            </w:r>
          </w:p>
        </w:tc>
        <w:tc>
          <w:tcPr>
            <w:tcW w:w="2311" w:type="dxa"/>
          </w:tcPr>
          <w:p w14:paraId="17CD2E83" w14:textId="77777777" w:rsidR="00886147" w:rsidRDefault="00000000">
            <w:r>
              <w:rPr>
                <w:rFonts w:ascii="Arial" w:hAnsi="Arial"/>
                <w:sz w:val="19"/>
              </w:rPr>
              <w:t>рядовой</w:t>
            </w:r>
          </w:p>
        </w:tc>
        <w:tc>
          <w:tcPr>
            <w:tcW w:w="1669" w:type="dxa"/>
          </w:tcPr>
          <w:p w14:paraId="357E213F" w14:textId="77777777" w:rsidR="00886147" w:rsidRDefault="00886147"/>
        </w:tc>
        <w:tc>
          <w:tcPr>
            <w:tcW w:w="2703" w:type="dxa"/>
          </w:tcPr>
          <w:p w14:paraId="42CE3691" w14:textId="77777777" w:rsidR="00886147" w:rsidRDefault="00000000">
            <w:r>
              <w:rPr>
                <w:rFonts w:ascii="Arial" w:hAnsi="Arial"/>
                <w:sz w:val="19"/>
              </w:rPr>
              <w:t>Феданкова Мария А.</w:t>
            </w:r>
          </w:p>
        </w:tc>
        <w:tc>
          <w:tcPr>
            <w:tcW w:w="2244" w:type="dxa"/>
          </w:tcPr>
          <w:p w14:paraId="7C1039DB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обл., Мстиславский р-н.,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д.Селец</w:t>
            </w:r>
            <w:proofErr w:type="spellEnd"/>
          </w:p>
        </w:tc>
      </w:tr>
      <w:tr w:rsidR="00886147" w:rsidRPr="00BB23E9" w14:paraId="31F00E61" w14:textId="77777777" w:rsidTr="00BB23E9">
        <w:tc>
          <w:tcPr>
            <w:tcW w:w="675" w:type="dxa"/>
          </w:tcPr>
          <w:p w14:paraId="2F4833CD" w14:textId="77777777" w:rsidR="00886147" w:rsidRDefault="00000000">
            <w:r>
              <w:rPr>
                <w:rFonts w:ascii="Arial" w:hAnsi="Arial"/>
                <w:sz w:val="19"/>
              </w:rPr>
              <w:t>105</w:t>
            </w:r>
          </w:p>
        </w:tc>
        <w:tc>
          <w:tcPr>
            <w:tcW w:w="1669" w:type="dxa"/>
          </w:tcPr>
          <w:p w14:paraId="7FF80C0C" w14:textId="77777777" w:rsidR="00886147" w:rsidRDefault="00000000">
            <w:r>
              <w:rPr>
                <w:rFonts w:ascii="Arial" w:hAnsi="Arial"/>
                <w:sz w:val="19"/>
              </w:rPr>
              <w:t>Волков Иван Михайлович</w:t>
            </w:r>
          </w:p>
        </w:tc>
        <w:tc>
          <w:tcPr>
            <w:tcW w:w="1196" w:type="dxa"/>
          </w:tcPr>
          <w:p w14:paraId="69F31A9F" w14:textId="77777777" w:rsidR="00886147" w:rsidRDefault="00000000">
            <w:r>
              <w:rPr>
                <w:rFonts w:ascii="Arial" w:hAnsi="Arial"/>
                <w:sz w:val="19"/>
              </w:rPr>
              <w:t>1923</w:t>
            </w:r>
          </w:p>
        </w:tc>
        <w:tc>
          <w:tcPr>
            <w:tcW w:w="2244" w:type="dxa"/>
          </w:tcPr>
          <w:p w14:paraId="2E51461E" w14:textId="77777777" w:rsidR="00886147" w:rsidRDefault="00000000">
            <w:r>
              <w:rPr>
                <w:rFonts w:ascii="Arial" w:hAnsi="Arial"/>
                <w:sz w:val="19"/>
              </w:rPr>
              <w:t>Касаковка</w:t>
            </w:r>
          </w:p>
        </w:tc>
        <w:tc>
          <w:tcPr>
            <w:tcW w:w="2311" w:type="dxa"/>
          </w:tcPr>
          <w:p w14:paraId="7EFBA624" w14:textId="77777777" w:rsidR="00886147" w:rsidRDefault="00000000">
            <w:r>
              <w:rPr>
                <w:rFonts w:ascii="Arial" w:hAnsi="Arial"/>
                <w:sz w:val="19"/>
              </w:rPr>
              <w:t>рядовой</w:t>
            </w:r>
          </w:p>
        </w:tc>
        <w:tc>
          <w:tcPr>
            <w:tcW w:w="1669" w:type="dxa"/>
          </w:tcPr>
          <w:p w14:paraId="1721AA97" w14:textId="77777777" w:rsidR="00886147" w:rsidRDefault="00886147"/>
        </w:tc>
        <w:tc>
          <w:tcPr>
            <w:tcW w:w="2703" w:type="dxa"/>
          </w:tcPr>
          <w:p w14:paraId="019A31E9" w14:textId="77777777" w:rsidR="00886147" w:rsidRDefault="00886147"/>
        </w:tc>
        <w:tc>
          <w:tcPr>
            <w:tcW w:w="2244" w:type="dxa"/>
          </w:tcPr>
          <w:p w14:paraId="13795CF6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обл.,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Пропойский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р-н.,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д.Киземовска</w:t>
            </w:r>
            <w:proofErr w:type="spellEnd"/>
          </w:p>
        </w:tc>
      </w:tr>
      <w:tr w:rsidR="00886147" w14:paraId="4C7CF2CE" w14:textId="77777777" w:rsidTr="00BB23E9">
        <w:tc>
          <w:tcPr>
            <w:tcW w:w="675" w:type="dxa"/>
          </w:tcPr>
          <w:p w14:paraId="61646961" w14:textId="77777777" w:rsidR="00886147" w:rsidRDefault="00000000">
            <w:r>
              <w:rPr>
                <w:rFonts w:ascii="Arial" w:hAnsi="Arial"/>
                <w:sz w:val="19"/>
              </w:rPr>
              <w:lastRenderedPageBreak/>
              <w:t>106</w:t>
            </w:r>
          </w:p>
        </w:tc>
        <w:tc>
          <w:tcPr>
            <w:tcW w:w="1669" w:type="dxa"/>
          </w:tcPr>
          <w:p w14:paraId="642B9108" w14:textId="77777777" w:rsidR="00886147" w:rsidRDefault="00000000">
            <w:r>
              <w:rPr>
                <w:rFonts w:ascii="Arial" w:hAnsi="Arial"/>
                <w:sz w:val="19"/>
              </w:rPr>
              <w:t>Пушний Федор Корнеевич</w:t>
            </w:r>
          </w:p>
        </w:tc>
        <w:tc>
          <w:tcPr>
            <w:tcW w:w="1196" w:type="dxa"/>
          </w:tcPr>
          <w:p w14:paraId="7667B984" w14:textId="77777777" w:rsidR="00886147" w:rsidRDefault="00000000">
            <w:r>
              <w:rPr>
                <w:rFonts w:ascii="Arial" w:hAnsi="Arial"/>
                <w:sz w:val="19"/>
              </w:rPr>
              <w:t>13.01.1913</w:t>
            </w:r>
          </w:p>
        </w:tc>
        <w:tc>
          <w:tcPr>
            <w:tcW w:w="2244" w:type="dxa"/>
          </w:tcPr>
          <w:p w14:paraId="04450673" w14:textId="77777777" w:rsidR="00886147" w:rsidRDefault="00000000">
            <w:r>
              <w:rPr>
                <w:rFonts w:ascii="Arial" w:hAnsi="Arial"/>
                <w:sz w:val="19"/>
              </w:rPr>
              <w:t>с. Круглое</w:t>
            </w:r>
          </w:p>
        </w:tc>
        <w:tc>
          <w:tcPr>
            <w:tcW w:w="2311" w:type="dxa"/>
          </w:tcPr>
          <w:p w14:paraId="6715293D" w14:textId="77777777" w:rsidR="00886147" w:rsidRDefault="00000000">
            <w:r>
              <w:rPr>
                <w:rFonts w:ascii="Arial" w:hAnsi="Arial"/>
                <w:sz w:val="19"/>
              </w:rPr>
              <w:t>мл. лейтенант</w:t>
            </w:r>
          </w:p>
        </w:tc>
        <w:tc>
          <w:tcPr>
            <w:tcW w:w="1669" w:type="dxa"/>
          </w:tcPr>
          <w:p w14:paraId="31DC0398" w14:textId="77777777" w:rsidR="00886147" w:rsidRDefault="00886147"/>
        </w:tc>
        <w:tc>
          <w:tcPr>
            <w:tcW w:w="2703" w:type="dxa"/>
          </w:tcPr>
          <w:p w14:paraId="6082B06A" w14:textId="77777777" w:rsidR="00886147" w:rsidRDefault="00000000">
            <w:r>
              <w:rPr>
                <w:rFonts w:ascii="Arial" w:hAnsi="Arial"/>
                <w:sz w:val="19"/>
              </w:rPr>
              <w:t>Пушний Корней А.</w:t>
            </w:r>
          </w:p>
        </w:tc>
        <w:tc>
          <w:tcPr>
            <w:tcW w:w="2244" w:type="dxa"/>
          </w:tcPr>
          <w:p w14:paraId="10B6B651" w14:textId="77777777" w:rsidR="00886147" w:rsidRDefault="00000000"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обл., с. Круглое, ул. </w:t>
            </w:r>
            <w:proofErr w:type="spellStart"/>
            <w:r>
              <w:rPr>
                <w:rFonts w:ascii="Arial" w:hAnsi="Arial"/>
                <w:sz w:val="19"/>
              </w:rPr>
              <w:t>Чкаловская</w:t>
            </w:r>
            <w:proofErr w:type="spellEnd"/>
            <w:r>
              <w:rPr>
                <w:rFonts w:ascii="Arial" w:hAnsi="Arial"/>
                <w:sz w:val="19"/>
              </w:rPr>
              <w:t>, 8</w:t>
            </w:r>
          </w:p>
        </w:tc>
      </w:tr>
      <w:tr w:rsidR="00886147" w:rsidRPr="00BB23E9" w14:paraId="69C2744F" w14:textId="77777777" w:rsidTr="00BB23E9">
        <w:tc>
          <w:tcPr>
            <w:tcW w:w="675" w:type="dxa"/>
          </w:tcPr>
          <w:p w14:paraId="707B9735" w14:textId="77777777" w:rsidR="00886147" w:rsidRDefault="00000000">
            <w:r>
              <w:rPr>
                <w:rFonts w:ascii="Arial" w:hAnsi="Arial"/>
                <w:sz w:val="19"/>
              </w:rPr>
              <w:t>107</w:t>
            </w:r>
          </w:p>
        </w:tc>
        <w:tc>
          <w:tcPr>
            <w:tcW w:w="1669" w:type="dxa"/>
          </w:tcPr>
          <w:p w14:paraId="5064CC4E" w14:textId="77777777" w:rsidR="00886147" w:rsidRDefault="00000000">
            <w:r>
              <w:rPr>
                <w:rFonts w:ascii="Arial" w:hAnsi="Arial"/>
                <w:sz w:val="19"/>
              </w:rPr>
              <w:t>Плизиков Иван Яковлевич</w:t>
            </w:r>
          </w:p>
        </w:tc>
        <w:tc>
          <w:tcPr>
            <w:tcW w:w="1196" w:type="dxa"/>
          </w:tcPr>
          <w:p w14:paraId="45FEB682" w14:textId="77777777" w:rsidR="00886147" w:rsidRDefault="00000000">
            <w:r>
              <w:rPr>
                <w:rFonts w:ascii="Arial" w:hAnsi="Arial"/>
                <w:sz w:val="19"/>
              </w:rPr>
              <w:t>1917</w:t>
            </w:r>
          </w:p>
        </w:tc>
        <w:tc>
          <w:tcPr>
            <w:tcW w:w="2244" w:type="dxa"/>
          </w:tcPr>
          <w:p w14:paraId="57AC81D3" w14:textId="77777777" w:rsidR="00886147" w:rsidRDefault="00886147"/>
        </w:tc>
        <w:tc>
          <w:tcPr>
            <w:tcW w:w="2311" w:type="dxa"/>
          </w:tcPr>
          <w:p w14:paraId="0FFD6B60" w14:textId="77777777" w:rsidR="00886147" w:rsidRDefault="00000000">
            <w:r>
              <w:rPr>
                <w:rFonts w:ascii="Arial" w:hAnsi="Arial"/>
                <w:sz w:val="19"/>
              </w:rPr>
              <w:t>лейтенант</w:t>
            </w:r>
          </w:p>
        </w:tc>
        <w:tc>
          <w:tcPr>
            <w:tcW w:w="1669" w:type="dxa"/>
          </w:tcPr>
          <w:p w14:paraId="080CEEB0" w14:textId="77777777" w:rsidR="00886147" w:rsidRDefault="00886147"/>
        </w:tc>
        <w:tc>
          <w:tcPr>
            <w:tcW w:w="2703" w:type="dxa"/>
          </w:tcPr>
          <w:p w14:paraId="732D7AE0" w14:textId="77777777" w:rsidR="00886147" w:rsidRDefault="00000000">
            <w:r>
              <w:rPr>
                <w:rFonts w:ascii="Arial" w:hAnsi="Arial"/>
                <w:sz w:val="19"/>
              </w:rPr>
              <w:t xml:space="preserve">Мать Плизикова Ирина </w:t>
            </w:r>
          </w:p>
        </w:tc>
        <w:tc>
          <w:tcPr>
            <w:tcW w:w="2244" w:type="dxa"/>
          </w:tcPr>
          <w:p w14:paraId="32CFD245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обл., Черниховский р-он, д. Ушаки </w:t>
            </w:r>
          </w:p>
        </w:tc>
      </w:tr>
      <w:tr w:rsidR="00886147" w:rsidRPr="00BB23E9" w14:paraId="34B1BC46" w14:textId="77777777" w:rsidTr="00BB23E9">
        <w:tc>
          <w:tcPr>
            <w:tcW w:w="675" w:type="dxa"/>
          </w:tcPr>
          <w:p w14:paraId="63F4F355" w14:textId="77777777" w:rsidR="00886147" w:rsidRDefault="00000000">
            <w:r>
              <w:rPr>
                <w:rFonts w:ascii="Arial" w:hAnsi="Arial"/>
                <w:sz w:val="19"/>
              </w:rPr>
              <w:t>108</w:t>
            </w:r>
          </w:p>
        </w:tc>
        <w:tc>
          <w:tcPr>
            <w:tcW w:w="1669" w:type="dxa"/>
          </w:tcPr>
          <w:p w14:paraId="4727EEA7" w14:textId="77777777" w:rsidR="00886147" w:rsidRDefault="00000000">
            <w:r>
              <w:rPr>
                <w:rFonts w:ascii="Arial" w:hAnsi="Arial"/>
                <w:sz w:val="19"/>
              </w:rPr>
              <w:t>Пашкевич Александр Васильевич</w:t>
            </w:r>
          </w:p>
        </w:tc>
        <w:tc>
          <w:tcPr>
            <w:tcW w:w="1196" w:type="dxa"/>
          </w:tcPr>
          <w:p w14:paraId="61FB5049" w14:textId="77777777" w:rsidR="00886147" w:rsidRDefault="00000000">
            <w:r>
              <w:rPr>
                <w:rFonts w:ascii="Arial" w:hAnsi="Arial"/>
                <w:sz w:val="19"/>
              </w:rPr>
              <w:t>17.11.1919</w:t>
            </w:r>
          </w:p>
        </w:tc>
        <w:tc>
          <w:tcPr>
            <w:tcW w:w="2244" w:type="dxa"/>
          </w:tcPr>
          <w:p w14:paraId="0143F5A3" w14:textId="77777777" w:rsidR="00886147" w:rsidRDefault="00000000">
            <w:r>
              <w:rPr>
                <w:rFonts w:ascii="Arial" w:hAnsi="Arial"/>
                <w:sz w:val="19"/>
              </w:rPr>
              <w:t>Могилевская обл.</w:t>
            </w:r>
          </w:p>
        </w:tc>
        <w:tc>
          <w:tcPr>
            <w:tcW w:w="2311" w:type="dxa"/>
          </w:tcPr>
          <w:p w14:paraId="27331E05" w14:textId="77777777" w:rsidR="00886147" w:rsidRDefault="00000000">
            <w:r>
              <w:rPr>
                <w:rFonts w:ascii="Arial" w:hAnsi="Arial"/>
                <w:sz w:val="19"/>
              </w:rPr>
              <w:t>лейтенант</w:t>
            </w:r>
          </w:p>
        </w:tc>
        <w:tc>
          <w:tcPr>
            <w:tcW w:w="1669" w:type="dxa"/>
          </w:tcPr>
          <w:p w14:paraId="6F137B4F" w14:textId="77777777" w:rsidR="00886147" w:rsidRDefault="00886147"/>
        </w:tc>
        <w:tc>
          <w:tcPr>
            <w:tcW w:w="2703" w:type="dxa"/>
          </w:tcPr>
          <w:p w14:paraId="596E74B4" w14:textId="77777777" w:rsidR="00886147" w:rsidRDefault="00000000">
            <w:r>
              <w:rPr>
                <w:rFonts w:ascii="Arial" w:hAnsi="Arial"/>
                <w:sz w:val="19"/>
              </w:rPr>
              <w:t xml:space="preserve">Пашкевич Вера </w:t>
            </w:r>
          </w:p>
        </w:tc>
        <w:tc>
          <w:tcPr>
            <w:tcW w:w="2244" w:type="dxa"/>
          </w:tcPr>
          <w:p w14:paraId="7D800E4E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обл., Шкловский р-он, д. Большие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Лозицы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</w:t>
            </w:r>
          </w:p>
        </w:tc>
      </w:tr>
      <w:tr w:rsidR="00886147" w14:paraId="7CE2684D" w14:textId="77777777" w:rsidTr="00BB23E9">
        <w:tc>
          <w:tcPr>
            <w:tcW w:w="675" w:type="dxa"/>
          </w:tcPr>
          <w:p w14:paraId="21909FAD" w14:textId="77777777" w:rsidR="00886147" w:rsidRDefault="00000000">
            <w:r>
              <w:rPr>
                <w:rFonts w:ascii="Arial" w:hAnsi="Arial"/>
                <w:sz w:val="19"/>
              </w:rPr>
              <w:t>109</w:t>
            </w:r>
          </w:p>
        </w:tc>
        <w:tc>
          <w:tcPr>
            <w:tcW w:w="1669" w:type="dxa"/>
          </w:tcPr>
          <w:p w14:paraId="444A65F2" w14:textId="77777777" w:rsidR="00886147" w:rsidRDefault="00000000">
            <w:r>
              <w:rPr>
                <w:rFonts w:ascii="Arial" w:hAnsi="Arial"/>
                <w:sz w:val="19"/>
              </w:rPr>
              <w:t>Ласточкин Захар</w:t>
            </w:r>
          </w:p>
        </w:tc>
        <w:tc>
          <w:tcPr>
            <w:tcW w:w="1196" w:type="dxa"/>
          </w:tcPr>
          <w:p w14:paraId="7535D44B" w14:textId="77777777" w:rsidR="00886147" w:rsidRDefault="00000000">
            <w:r>
              <w:rPr>
                <w:rFonts w:ascii="Arial" w:hAnsi="Arial"/>
                <w:sz w:val="19"/>
              </w:rPr>
              <w:t>23.03.1912</w:t>
            </w:r>
          </w:p>
        </w:tc>
        <w:tc>
          <w:tcPr>
            <w:tcW w:w="2244" w:type="dxa"/>
          </w:tcPr>
          <w:p w14:paraId="2D1E4A37" w14:textId="77777777" w:rsidR="00886147" w:rsidRDefault="00000000">
            <w:r>
              <w:rPr>
                <w:rFonts w:ascii="Arial" w:hAnsi="Arial"/>
                <w:sz w:val="19"/>
              </w:rPr>
              <w:t>деревня Полоски</w:t>
            </w:r>
          </w:p>
        </w:tc>
        <w:tc>
          <w:tcPr>
            <w:tcW w:w="2311" w:type="dxa"/>
          </w:tcPr>
          <w:p w14:paraId="7E11FB51" w14:textId="77777777" w:rsidR="00886147" w:rsidRDefault="00000000">
            <w:r>
              <w:rPr>
                <w:rFonts w:ascii="Arial" w:hAnsi="Arial"/>
                <w:sz w:val="19"/>
              </w:rPr>
              <w:t>Лейтенант</w:t>
            </w:r>
          </w:p>
        </w:tc>
        <w:tc>
          <w:tcPr>
            <w:tcW w:w="1669" w:type="dxa"/>
          </w:tcPr>
          <w:p w14:paraId="12E33C61" w14:textId="77777777" w:rsidR="00886147" w:rsidRDefault="00886147"/>
        </w:tc>
        <w:tc>
          <w:tcPr>
            <w:tcW w:w="2703" w:type="dxa"/>
          </w:tcPr>
          <w:p w14:paraId="329002B9" w14:textId="77777777" w:rsidR="00886147" w:rsidRDefault="00000000">
            <w:r>
              <w:rPr>
                <w:rFonts w:ascii="Arial" w:hAnsi="Arial"/>
                <w:sz w:val="19"/>
              </w:rPr>
              <w:t>Ласточкина Ксения мать</w:t>
            </w:r>
          </w:p>
        </w:tc>
        <w:tc>
          <w:tcPr>
            <w:tcW w:w="2244" w:type="dxa"/>
          </w:tcPr>
          <w:p w14:paraId="59C5307F" w14:textId="77777777" w:rsidR="00886147" w:rsidRDefault="00000000">
            <w:r>
              <w:rPr>
                <w:rFonts w:ascii="Arial" w:hAnsi="Arial"/>
                <w:sz w:val="19"/>
              </w:rPr>
              <w:t>Могилёвская область</w:t>
            </w:r>
          </w:p>
        </w:tc>
      </w:tr>
      <w:tr w:rsidR="00886147" w:rsidRPr="00BB23E9" w14:paraId="7266D16A" w14:textId="77777777" w:rsidTr="00BB23E9">
        <w:tc>
          <w:tcPr>
            <w:tcW w:w="675" w:type="dxa"/>
          </w:tcPr>
          <w:p w14:paraId="14C84EF5" w14:textId="77777777" w:rsidR="00886147" w:rsidRDefault="00000000">
            <w:r>
              <w:rPr>
                <w:rFonts w:ascii="Arial" w:hAnsi="Arial"/>
                <w:sz w:val="19"/>
              </w:rPr>
              <w:t>110</w:t>
            </w:r>
          </w:p>
        </w:tc>
        <w:tc>
          <w:tcPr>
            <w:tcW w:w="1669" w:type="dxa"/>
          </w:tcPr>
          <w:p w14:paraId="6389BF94" w14:textId="77777777" w:rsidR="00886147" w:rsidRDefault="00000000">
            <w:r>
              <w:rPr>
                <w:rFonts w:ascii="Arial" w:hAnsi="Arial"/>
                <w:sz w:val="19"/>
              </w:rPr>
              <w:t>Новиков Антон Никитович</w:t>
            </w:r>
          </w:p>
        </w:tc>
        <w:tc>
          <w:tcPr>
            <w:tcW w:w="1196" w:type="dxa"/>
          </w:tcPr>
          <w:p w14:paraId="368781E9" w14:textId="77777777" w:rsidR="00886147" w:rsidRDefault="00000000">
            <w:r>
              <w:rPr>
                <w:rFonts w:ascii="Arial" w:hAnsi="Arial"/>
                <w:sz w:val="19"/>
              </w:rPr>
              <w:t>14.01.1912</w:t>
            </w:r>
          </w:p>
        </w:tc>
        <w:tc>
          <w:tcPr>
            <w:tcW w:w="2244" w:type="dxa"/>
          </w:tcPr>
          <w:p w14:paraId="078F85C4" w14:textId="77777777" w:rsidR="00886147" w:rsidRDefault="00000000">
            <w:r>
              <w:rPr>
                <w:rFonts w:ascii="Arial" w:hAnsi="Arial"/>
                <w:sz w:val="19"/>
              </w:rPr>
              <w:t>дер.Межишитки, Могилевская область</w:t>
            </w:r>
          </w:p>
        </w:tc>
        <w:tc>
          <w:tcPr>
            <w:tcW w:w="2311" w:type="dxa"/>
          </w:tcPr>
          <w:p w14:paraId="280B5392" w14:textId="77777777" w:rsidR="00886147" w:rsidRDefault="00000000">
            <w:r>
              <w:rPr>
                <w:rFonts w:ascii="Arial" w:hAnsi="Arial"/>
                <w:sz w:val="19"/>
              </w:rPr>
              <w:t>младший лейтенант</w:t>
            </w:r>
          </w:p>
        </w:tc>
        <w:tc>
          <w:tcPr>
            <w:tcW w:w="1669" w:type="dxa"/>
          </w:tcPr>
          <w:p w14:paraId="5591D7B0" w14:textId="77777777" w:rsidR="00886147" w:rsidRDefault="00886147"/>
        </w:tc>
        <w:tc>
          <w:tcPr>
            <w:tcW w:w="2703" w:type="dxa"/>
          </w:tcPr>
          <w:p w14:paraId="570C57FF" w14:textId="77777777" w:rsidR="00886147" w:rsidRDefault="00000000">
            <w:r>
              <w:rPr>
                <w:rFonts w:ascii="Arial" w:hAnsi="Arial"/>
                <w:sz w:val="19"/>
              </w:rPr>
              <w:t>Новикова Пелагея</w:t>
            </w:r>
          </w:p>
        </w:tc>
        <w:tc>
          <w:tcPr>
            <w:tcW w:w="2244" w:type="dxa"/>
          </w:tcPr>
          <w:p w14:paraId="0F98C268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область и район, </w:t>
            </w:r>
            <w:proofErr w:type="spellStart"/>
            <w:proofErr w:type="gramStart"/>
            <w:r w:rsidRPr="00BB23E9">
              <w:rPr>
                <w:rFonts w:ascii="Arial" w:hAnsi="Arial"/>
                <w:sz w:val="19"/>
                <w:lang w:val="ru-RU"/>
              </w:rPr>
              <w:t>дер.Межисетки</w:t>
            </w:r>
            <w:proofErr w:type="spellEnd"/>
            <w:proofErr w:type="gramEnd"/>
          </w:p>
        </w:tc>
      </w:tr>
      <w:tr w:rsidR="00886147" w:rsidRPr="00BB23E9" w14:paraId="58478F09" w14:textId="77777777" w:rsidTr="00BB23E9">
        <w:tc>
          <w:tcPr>
            <w:tcW w:w="675" w:type="dxa"/>
          </w:tcPr>
          <w:p w14:paraId="6D7CD434" w14:textId="77777777" w:rsidR="00886147" w:rsidRDefault="00000000">
            <w:r>
              <w:rPr>
                <w:rFonts w:ascii="Arial" w:hAnsi="Arial"/>
                <w:sz w:val="19"/>
              </w:rPr>
              <w:t>111</w:t>
            </w:r>
          </w:p>
        </w:tc>
        <w:tc>
          <w:tcPr>
            <w:tcW w:w="1669" w:type="dxa"/>
          </w:tcPr>
          <w:p w14:paraId="68E5C31A" w14:textId="77777777" w:rsidR="00886147" w:rsidRDefault="00000000">
            <w:r>
              <w:rPr>
                <w:rFonts w:ascii="Arial" w:hAnsi="Arial"/>
                <w:sz w:val="19"/>
              </w:rPr>
              <w:t>Шматков Григорий Семенович</w:t>
            </w:r>
          </w:p>
        </w:tc>
        <w:tc>
          <w:tcPr>
            <w:tcW w:w="1196" w:type="dxa"/>
          </w:tcPr>
          <w:p w14:paraId="517AB228" w14:textId="77777777" w:rsidR="00886147" w:rsidRDefault="00000000">
            <w:r>
              <w:rPr>
                <w:rFonts w:ascii="Arial" w:hAnsi="Arial"/>
                <w:sz w:val="19"/>
              </w:rPr>
              <w:t>25.12.1918</w:t>
            </w:r>
          </w:p>
        </w:tc>
        <w:tc>
          <w:tcPr>
            <w:tcW w:w="2244" w:type="dxa"/>
          </w:tcPr>
          <w:p w14:paraId="6B119014" w14:textId="77777777" w:rsidR="00886147" w:rsidRDefault="00000000">
            <w:r>
              <w:rPr>
                <w:rFonts w:ascii="Arial" w:hAnsi="Arial"/>
                <w:sz w:val="19"/>
              </w:rPr>
              <w:t>Могилевская область</w:t>
            </w:r>
          </w:p>
        </w:tc>
        <w:tc>
          <w:tcPr>
            <w:tcW w:w="2311" w:type="dxa"/>
          </w:tcPr>
          <w:p w14:paraId="1BD15085" w14:textId="77777777" w:rsidR="00886147" w:rsidRDefault="00000000">
            <w:r>
              <w:rPr>
                <w:rFonts w:ascii="Arial" w:hAnsi="Arial"/>
                <w:sz w:val="19"/>
              </w:rPr>
              <w:t>рядовой</w:t>
            </w:r>
          </w:p>
        </w:tc>
        <w:tc>
          <w:tcPr>
            <w:tcW w:w="1669" w:type="dxa"/>
          </w:tcPr>
          <w:p w14:paraId="480ABE88" w14:textId="77777777" w:rsidR="00886147" w:rsidRDefault="00886147"/>
        </w:tc>
        <w:tc>
          <w:tcPr>
            <w:tcW w:w="2703" w:type="dxa"/>
          </w:tcPr>
          <w:p w14:paraId="5F3C346E" w14:textId="77777777" w:rsidR="00886147" w:rsidRDefault="00000000">
            <w:r>
              <w:rPr>
                <w:rFonts w:ascii="Arial" w:hAnsi="Arial"/>
                <w:sz w:val="19"/>
              </w:rPr>
              <w:t>Шматков Семен</w:t>
            </w:r>
          </w:p>
        </w:tc>
        <w:tc>
          <w:tcPr>
            <w:tcW w:w="2244" w:type="dxa"/>
          </w:tcPr>
          <w:p w14:paraId="23B455AD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область Краснопольский р-н </w:t>
            </w:r>
          </w:p>
        </w:tc>
      </w:tr>
      <w:tr w:rsidR="00886147" w:rsidRPr="00BB23E9" w14:paraId="67C1ED33" w14:textId="77777777" w:rsidTr="00BB23E9">
        <w:tc>
          <w:tcPr>
            <w:tcW w:w="675" w:type="dxa"/>
          </w:tcPr>
          <w:p w14:paraId="4C472728" w14:textId="77777777" w:rsidR="00886147" w:rsidRDefault="00000000">
            <w:r>
              <w:rPr>
                <w:rFonts w:ascii="Arial" w:hAnsi="Arial"/>
                <w:sz w:val="19"/>
              </w:rPr>
              <w:t>112</w:t>
            </w:r>
          </w:p>
        </w:tc>
        <w:tc>
          <w:tcPr>
            <w:tcW w:w="1669" w:type="dxa"/>
          </w:tcPr>
          <w:p w14:paraId="60B61008" w14:textId="77777777" w:rsidR="00886147" w:rsidRDefault="00000000">
            <w:r>
              <w:rPr>
                <w:rFonts w:ascii="Arial" w:hAnsi="Arial"/>
                <w:sz w:val="19"/>
              </w:rPr>
              <w:t>Терехов Михаил Михайлович</w:t>
            </w:r>
          </w:p>
        </w:tc>
        <w:tc>
          <w:tcPr>
            <w:tcW w:w="1196" w:type="dxa"/>
          </w:tcPr>
          <w:p w14:paraId="4391EF54" w14:textId="77777777" w:rsidR="00886147" w:rsidRDefault="00000000">
            <w:r>
              <w:rPr>
                <w:rFonts w:ascii="Arial" w:hAnsi="Arial"/>
                <w:sz w:val="19"/>
              </w:rPr>
              <w:t>16.2.1920</w:t>
            </w:r>
          </w:p>
        </w:tc>
        <w:tc>
          <w:tcPr>
            <w:tcW w:w="2244" w:type="dxa"/>
          </w:tcPr>
          <w:p w14:paraId="50973CFC" w14:textId="77777777" w:rsidR="00886147" w:rsidRDefault="00000000">
            <w:r>
              <w:rPr>
                <w:rFonts w:ascii="Arial" w:hAnsi="Arial"/>
                <w:sz w:val="19"/>
              </w:rPr>
              <w:t>д. Соколово (БССР)</w:t>
            </w:r>
          </w:p>
        </w:tc>
        <w:tc>
          <w:tcPr>
            <w:tcW w:w="2311" w:type="dxa"/>
          </w:tcPr>
          <w:p w14:paraId="550B76B9" w14:textId="77777777" w:rsidR="00886147" w:rsidRDefault="00000000">
            <w:r>
              <w:rPr>
                <w:rFonts w:ascii="Arial" w:hAnsi="Arial"/>
                <w:sz w:val="19"/>
              </w:rPr>
              <w:t xml:space="preserve">Красноармеец </w:t>
            </w:r>
          </w:p>
        </w:tc>
        <w:tc>
          <w:tcPr>
            <w:tcW w:w="1669" w:type="dxa"/>
          </w:tcPr>
          <w:p w14:paraId="33D6759E" w14:textId="77777777" w:rsidR="00886147" w:rsidRDefault="00886147"/>
        </w:tc>
        <w:tc>
          <w:tcPr>
            <w:tcW w:w="2703" w:type="dxa"/>
          </w:tcPr>
          <w:p w14:paraId="456B0324" w14:textId="77777777" w:rsidR="00886147" w:rsidRDefault="00886147"/>
        </w:tc>
        <w:tc>
          <w:tcPr>
            <w:tcW w:w="2244" w:type="dxa"/>
          </w:tcPr>
          <w:p w14:paraId="356466A1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Могилевская область, Горецкий район, д. Соколово</w:t>
            </w:r>
          </w:p>
        </w:tc>
      </w:tr>
      <w:tr w:rsidR="00886147" w:rsidRPr="00BB23E9" w14:paraId="3767A768" w14:textId="77777777" w:rsidTr="00BB23E9">
        <w:tc>
          <w:tcPr>
            <w:tcW w:w="675" w:type="dxa"/>
          </w:tcPr>
          <w:p w14:paraId="15B5BF02" w14:textId="77777777" w:rsidR="00886147" w:rsidRDefault="00000000">
            <w:r>
              <w:rPr>
                <w:rFonts w:ascii="Arial" w:hAnsi="Arial"/>
                <w:sz w:val="19"/>
              </w:rPr>
              <w:t>113</w:t>
            </w:r>
          </w:p>
        </w:tc>
        <w:tc>
          <w:tcPr>
            <w:tcW w:w="1669" w:type="dxa"/>
          </w:tcPr>
          <w:p w14:paraId="786D5E67" w14:textId="77777777" w:rsidR="00886147" w:rsidRDefault="00000000">
            <w:r>
              <w:rPr>
                <w:rFonts w:ascii="Arial" w:hAnsi="Arial"/>
                <w:sz w:val="19"/>
              </w:rPr>
              <w:t>Гонаков Петр Иванович</w:t>
            </w:r>
          </w:p>
        </w:tc>
        <w:tc>
          <w:tcPr>
            <w:tcW w:w="1196" w:type="dxa"/>
          </w:tcPr>
          <w:p w14:paraId="16CB9BD8" w14:textId="77777777" w:rsidR="00886147" w:rsidRDefault="00000000">
            <w:r>
              <w:rPr>
                <w:rFonts w:ascii="Arial" w:hAnsi="Arial"/>
                <w:sz w:val="19"/>
              </w:rPr>
              <w:t>24.11.1902</w:t>
            </w:r>
          </w:p>
        </w:tc>
        <w:tc>
          <w:tcPr>
            <w:tcW w:w="2244" w:type="dxa"/>
          </w:tcPr>
          <w:p w14:paraId="1C265BDA" w14:textId="77777777" w:rsidR="00886147" w:rsidRDefault="00000000">
            <w:r>
              <w:rPr>
                <w:rFonts w:ascii="Arial" w:hAnsi="Arial"/>
                <w:sz w:val="19"/>
              </w:rPr>
              <w:t>д. Михайловка (БССР)</w:t>
            </w:r>
          </w:p>
        </w:tc>
        <w:tc>
          <w:tcPr>
            <w:tcW w:w="2311" w:type="dxa"/>
          </w:tcPr>
          <w:p w14:paraId="069E7E62" w14:textId="77777777" w:rsidR="00886147" w:rsidRDefault="00000000">
            <w:r>
              <w:rPr>
                <w:rFonts w:ascii="Arial" w:hAnsi="Arial"/>
                <w:sz w:val="19"/>
              </w:rPr>
              <w:t>старший лейтенант</w:t>
            </w:r>
          </w:p>
        </w:tc>
        <w:tc>
          <w:tcPr>
            <w:tcW w:w="1669" w:type="dxa"/>
          </w:tcPr>
          <w:p w14:paraId="09633452" w14:textId="77777777" w:rsidR="00886147" w:rsidRDefault="00886147"/>
        </w:tc>
        <w:tc>
          <w:tcPr>
            <w:tcW w:w="2703" w:type="dxa"/>
          </w:tcPr>
          <w:p w14:paraId="3DDAE28A" w14:textId="77777777" w:rsidR="00886147" w:rsidRDefault="00000000">
            <w:r>
              <w:rPr>
                <w:rFonts w:ascii="Arial" w:hAnsi="Arial"/>
                <w:sz w:val="19"/>
              </w:rPr>
              <w:t>Гонакова Евдокия Ивановна</w:t>
            </w:r>
          </w:p>
        </w:tc>
        <w:tc>
          <w:tcPr>
            <w:tcW w:w="2244" w:type="dxa"/>
          </w:tcPr>
          <w:p w14:paraId="11319D2E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Могилевская область, д. Михайловка (БССР)</w:t>
            </w:r>
          </w:p>
        </w:tc>
      </w:tr>
      <w:tr w:rsidR="00886147" w14:paraId="56528EAA" w14:textId="77777777" w:rsidTr="00BB23E9">
        <w:tc>
          <w:tcPr>
            <w:tcW w:w="675" w:type="dxa"/>
          </w:tcPr>
          <w:p w14:paraId="1E8E1561" w14:textId="77777777" w:rsidR="00886147" w:rsidRDefault="00000000">
            <w:r>
              <w:rPr>
                <w:rFonts w:ascii="Arial" w:hAnsi="Arial"/>
                <w:sz w:val="19"/>
              </w:rPr>
              <w:t>114</w:t>
            </w:r>
          </w:p>
        </w:tc>
        <w:tc>
          <w:tcPr>
            <w:tcW w:w="1669" w:type="dxa"/>
          </w:tcPr>
          <w:p w14:paraId="4BD6E07C" w14:textId="77777777" w:rsidR="00886147" w:rsidRDefault="00000000">
            <w:r>
              <w:rPr>
                <w:rFonts w:ascii="Arial" w:hAnsi="Arial"/>
                <w:sz w:val="19"/>
              </w:rPr>
              <w:t>Игнатенко Алексей Архипович</w:t>
            </w:r>
          </w:p>
        </w:tc>
        <w:tc>
          <w:tcPr>
            <w:tcW w:w="1196" w:type="dxa"/>
          </w:tcPr>
          <w:p w14:paraId="0D6EE25F" w14:textId="77777777" w:rsidR="00886147" w:rsidRDefault="00000000">
            <w:r>
              <w:rPr>
                <w:rFonts w:ascii="Arial" w:hAnsi="Arial"/>
                <w:sz w:val="19"/>
              </w:rPr>
              <w:t>11.06.1921</w:t>
            </w:r>
          </w:p>
        </w:tc>
        <w:tc>
          <w:tcPr>
            <w:tcW w:w="2244" w:type="dxa"/>
          </w:tcPr>
          <w:p w14:paraId="71EF0A82" w14:textId="77777777" w:rsidR="00886147" w:rsidRDefault="00000000">
            <w:r>
              <w:rPr>
                <w:rFonts w:ascii="Arial" w:hAnsi="Arial"/>
                <w:sz w:val="19"/>
              </w:rPr>
              <w:t>г. Климовичи</w:t>
            </w:r>
          </w:p>
        </w:tc>
        <w:tc>
          <w:tcPr>
            <w:tcW w:w="2311" w:type="dxa"/>
          </w:tcPr>
          <w:p w14:paraId="7A731FAC" w14:textId="77777777" w:rsidR="00886147" w:rsidRDefault="00000000">
            <w:r>
              <w:rPr>
                <w:rFonts w:ascii="Arial" w:hAnsi="Arial"/>
                <w:sz w:val="19"/>
              </w:rPr>
              <w:t>старший лейтенант</w:t>
            </w:r>
          </w:p>
        </w:tc>
        <w:tc>
          <w:tcPr>
            <w:tcW w:w="1669" w:type="dxa"/>
          </w:tcPr>
          <w:p w14:paraId="2D9312D4" w14:textId="77777777" w:rsidR="00886147" w:rsidRDefault="00886147"/>
        </w:tc>
        <w:tc>
          <w:tcPr>
            <w:tcW w:w="2703" w:type="dxa"/>
          </w:tcPr>
          <w:p w14:paraId="7E4626E7" w14:textId="77777777" w:rsidR="00886147" w:rsidRDefault="00000000">
            <w:r>
              <w:rPr>
                <w:rFonts w:ascii="Arial" w:hAnsi="Arial"/>
                <w:sz w:val="19"/>
              </w:rPr>
              <w:t>брат Игнатенко Андрей Архинович</w:t>
            </w:r>
          </w:p>
        </w:tc>
        <w:tc>
          <w:tcPr>
            <w:tcW w:w="2244" w:type="dxa"/>
          </w:tcPr>
          <w:p w14:paraId="644F6E97" w14:textId="77777777" w:rsidR="00886147" w:rsidRDefault="00000000">
            <w:r>
              <w:rPr>
                <w:rFonts w:ascii="Arial" w:hAnsi="Arial"/>
                <w:sz w:val="19"/>
              </w:rPr>
              <w:t>Могилевская область, д. Тимоново</w:t>
            </w:r>
          </w:p>
        </w:tc>
      </w:tr>
      <w:tr w:rsidR="00886147" w:rsidRPr="00BB23E9" w14:paraId="4DDE89C2" w14:textId="77777777" w:rsidTr="00BB23E9">
        <w:tc>
          <w:tcPr>
            <w:tcW w:w="675" w:type="dxa"/>
          </w:tcPr>
          <w:p w14:paraId="3837FA9B" w14:textId="77777777" w:rsidR="00886147" w:rsidRDefault="00000000">
            <w:r>
              <w:rPr>
                <w:rFonts w:ascii="Arial" w:hAnsi="Arial"/>
                <w:sz w:val="19"/>
              </w:rPr>
              <w:t>115</w:t>
            </w:r>
          </w:p>
        </w:tc>
        <w:tc>
          <w:tcPr>
            <w:tcW w:w="1669" w:type="dxa"/>
          </w:tcPr>
          <w:p w14:paraId="5695E6E5" w14:textId="77777777" w:rsidR="00886147" w:rsidRDefault="00000000">
            <w:r>
              <w:rPr>
                <w:rFonts w:ascii="Arial" w:hAnsi="Arial"/>
                <w:sz w:val="19"/>
              </w:rPr>
              <w:t>Кудрявцев Петр Игнатьевич</w:t>
            </w:r>
          </w:p>
        </w:tc>
        <w:tc>
          <w:tcPr>
            <w:tcW w:w="1196" w:type="dxa"/>
          </w:tcPr>
          <w:p w14:paraId="4FC7D02F" w14:textId="77777777" w:rsidR="00886147" w:rsidRDefault="00000000">
            <w:r>
              <w:rPr>
                <w:rFonts w:ascii="Arial" w:hAnsi="Arial"/>
                <w:sz w:val="19"/>
              </w:rPr>
              <w:t>15.12.1900</w:t>
            </w:r>
          </w:p>
        </w:tc>
        <w:tc>
          <w:tcPr>
            <w:tcW w:w="2244" w:type="dxa"/>
          </w:tcPr>
          <w:p w14:paraId="3F8A719E" w14:textId="77777777" w:rsidR="00886147" w:rsidRDefault="00000000">
            <w:r>
              <w:rPr>
                <w:rFonts w:ascii="Arial" w:hAnsi="Arial"/>
                <w:sz w:val="19"/>
              </w:rPr>
              <w:t>Могилевская обл.</w:t>
            </w:r>
          </w:p>
        </w:tc>
        <w:tc>
          <w:tcPr>
            <w:tcW w:w="2311" w:type="dxa"/>
          </w:tcPr>
          <w:p w14:paraId="3D358C5F" w14:textId="77777777" w:rsidR="00886147" w:rsidRDefault="00000000">
            <w:r>
              <w:rPr>
                <w:rFonts w:ascii="Arial" w:hAnsi="Arial"/>
                <w:sz w:val="19"/>
              </w:rPr>
              <w:t>техник-интендант 1 ранга</w:t>
            </w:r>
          </w:p>
        </w:tc>
        <w:tc>
          <w:tcPr>
            <w:tcW w:w="1669" w:type="dxa"/>
          </w:tcPr>
          <w:p w14:paraId="4A56E769" w14:textId="77777777" w:rsidR="00886147" w:rsidRDefault="00886147"/>
        </w:tc>
        <w:tc>
          <w:tcPr>
            <w:tcW w:w="2703" w:type="dxa"/>
          </w:tcPr>
          <w:p w14:paraId="02F88B41" w14:textId="77777777" w:rsidR="00886147" w:rsidRDefault="00000000">
            <w:r>
              <w:rPr>
                <w:rFonts w:ascii="Arial" w:hAnsi="Arial"/>
                <w:sz w:val="19"/>
              </w:rPr>
              <w:t>Карпачева Мария</w:t>
            </w:r>
          </w:p>
        </w:tc>
        <w:tc>
          <w:tcPr>
            <w:tcW w:w="2244" w:type="dxa"/>
          </w:tcPr>
          <w:p w14:paraId="1402E381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 xml:space="preserve">Могилёвская область, Климовичский район, деревня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Хотень</w:t>
            </w:r>
            <w:proofErr w:type="spellEnd"/>
          </w:p>
        </w:tc>
      </w:tr>
      <w:tr w:rsidR="00886147" w14:paraId="532F8453" w14:textId="77777777" w:rsidTr="00BB23E9">
        <w:tc>
          <w:tcPr>
            <w:tcW w:w="675" w:type="dxa"/>
          </w:tcPr>
          <w:p w14:paraId="6D57A34D" w14:textId="77777777" w:rsidR="00886147" w:rsidRDefault="00000000">
            <w:r>
              <w:rPr>
                <w:rFonts w:ascii="Arial" w:hAnsi="Arial"/>
                <w:sz w:val="19"/>
              </w:rPr>
              <w:t>116</w:t>
            </w:r>
          </w:p>
        </w:tc>
        <w:tc>
          <w:tcPr>
            <w:tcW w:w="1669" w:type="dxa"/>
          </w:tcPr>
          <w:p w14:paraId="5620BA48" w14:textId="77777777" w:rsidR="00886147" w:rsidRDefault="00000000">
            <w:r>
              <w:rPr>
                <w:rFonts w:ascii="Arial" w:hAnsi="Arial"/>
                <w:sz w:val="19"/>
              </w:rPr>
              <w:t>Хрухнинский Борислав Иванович</w:t>
            </w:r>
          </w:p>
        </w:tc>
        <w:tc>
          <w:tcPr>
            <w:tcW w:w="1196" w:type="dxa"/>
          </w:tcPr>
          <w:p w14:paraId="409738FE" w14:textId="77777777" w:rsidR="00886147" w:rsidRDefault="00000000">
            <w:r>
              <w:rPr>
                <w:rFonts w:ascii="Arial" w:hAnsi="Arial"/>
                <w:sz w:val="19"/>
              </w:rPr>
              <w:t>01.05.1920</w:t>
            </w:r>
          </w:p>
        </w:tc>
        <w:tc>
          <w:tcPr>
            <w:tcW w:w="2244" w:type="dxa"/>
          </w:tcPr>
          <w:p w14:paraId="04724424" w14:textId="77777777" w:rsidR="00886147" w:rsidRDefault="00000000">
            <w:r>
              <w:rPr>
                <w:rFonts w:ascii="Arial" w:hAnsi="Arial"/>
                <w:sz w:val="19"/>
              </w:rPr>
              <w:t>Борвица</w:t>
            </w:r>
          </w:p>
        </w:tc>
        <w:tc>
          <w:tcPr>
            <w:tcW w:w="2311" w:type="dxa"/>
          </w:tcPr>
          <w:p w14:paraId="2EACC0B7" w14:textId="77777777" w:rsidR="00886147" w:rsidRDefault="00000000">
            <w:r>
              <w:rPr>
                <w:rFonts w:ascii="Arial" w:hAnsi="Arial"/>
                <w:sz w:val="19"/>
              </w:rPr>
              <w:t>красноармеец</w:t>
            </w:r>
          </w:p>
        </w:tc>
        <w:tc>
          <w:tcPr>
            <w:tcW w:w="1669" w:type="dxa"/>
          </w:tcPr>
          <w:p w14:paraId="346A09B1" w14:textId="77777777" w:rsidR="00886147" w:rsidRDefault="00886147"/>
        </w:tc>
        <w:tc>
          <w:tcPr>
            <w:tcW w:w="2703" w:type="dxa"/>
          </w:tcPr>
          <w:p w14:paraId="6302A3A4" w14:textId="77777777" w:rsidR="00886147" w:rsidRDefault="00000000">
            <w:r>
              <w:rPr>
                <w:rFonts w:ascii="Arial" w:hAnsi="Arial"/>
                <w:sz w:val="19"/>
              </w:rPr>
              <w:t>Хрухнинская Ирина Ивановна</w:t>
            </w:r>
          </w:p>
        </w:tc>
        <w:tc>
          <w:tcPr>
            <w:tcW w:w="2244" w:type="dxa"/>
          </w:tcPr>
          <w:p w14:paraId="774CAA55" w14:textId="77777777" w:rsidR="00886147" w:rsidRDefault="00000000">
            <w:r w:rsidRPr="00BB23E9">
              <w:rPr>
                <w:rFonts w:ascii="Arial" w:hAnsi="Arial"/>
                <w:sz w:val="19"/>
                <w:lang w:val="ru-RU"/>
              </w:rPr>
              <w:t xml:space="preserve">Могилевская область, </w:t>
            </w:r>
            <w:proofErr w:type="spellStart"/>
            <w:r w:rsidRPr="00BB23E9">
              <w:rPr>
                <w:rFonts w:ascii="Arial" w:hAnsi="Arial"/>
                <w:sz w:val="19"/>
                <w:lang w:val="ru-RU"/>
              </w:rPr>
              <w:t>Осиповский</w:t>
            </w:r>
            <w:proofErr w:type="spellEnd"/>
            <w:r w:rsidRPr="00BB23E9">
              <w:rPr>
                <w:rFonts w:ascii="Arial" w:hAnsi="Arial"/>
                <w:sz w:val="19"/>
                <w:lang w:val="ru-RU"/>
              </w:rPr>
              <w:t xml:space="preserve"> район, дер. </w:t>
            </w:r>
            <w:proofErr w:type="spellStart"/>
            <w:r>
              <w:rPr>
                <w:rFonts w:ascii="Arial" w:hAnsi="Arial"/>
                <w:sz w:val="19"/>
              </w:rPr>
              <w:t>Голинка</w:t>
            </w:r>
            <w:proofErr w:type="spellEnd"/>
          </w:p>
        </w:tc>
      </w:tr>
      <w:tr w:rsidR="00886147" w:rsidRPr="00BB23E9" w14:paraId="58E1A901" w14:textId="77777777" w:rsidTr="00BB23E9">
        <w:tc>
          <w:tcPr>
            <w:tcW w:w="675" w:type="dxa"/>
          </w:tcPr>
          <w:p w14:paraId="60F45152" w14:textId="77777777" w:rsidR="00886147" w:rsidRDefault="00000000">
            <w:r>
              <w:rPr>
                <w:rFonts w:ascii="Arial" w:hAnsi="Arial"/>
                <w:sz w:val="19"/>
              </w:rPr>
              <w:t>117</w:t>
            </w:r>
          </w:p>
        </w:tc>
        <w:tc>
          <w:tcPr>
            <w:tcW w:w="1669" w:type="dxa"/>
          </w:tcPr>
          <w:p w14:paraId="17E0A995" w14:textId="77777777" w:rsidR="00886147" w:rsidRDefault="00000000">
            <w:r>
              <w:rPr>
                <w:rFonts w:ascii="Arial" w:hAnsi="Arial"/>
                <w:sz w:val="19"/>
              </w:rPr>
              <w:t>Голубцев Максим Семенович</w:t>
            </w:r>
          </w:p>
        </w:tc>
        <w:tc>
          <w:tcPr>
            <w:tcW w:w="1196" w:type="dxa"/>
          </w:tcPr>
          <w:p w14:paraId="20D67719" w14:textId="77777777" w:rsidR="00886147" w:rsidRDefault="00000000">
            <w:r>
              <w:rPr>
                <w:rFonts w:ascii="Arial" w:hAnsi="Arial"/>
                <w:sz w:val="19"/>
              </w:rPr>
              <w:t>21.1.1905</w:t>
            </w:r>
          </w:p>
        </w:tc>
        <w:tc>
          <w:tcPr>
            <w:tcW w:w="2244" w:type="dxa"/>
          </w:tcPr>
          <w:p w14:paraId="5EA3B5E0" w14:textId="77777777" w:rsidR="00886147" w:rsidRDefault="00000000">
            <w:r>
              <w:rPr>
                <w:rFonts w:ascii="Arial" w:hAnsi="Arial"/>
                <w:sz w:val="19"/>
              </w:rPr>
              <w:t>Королевка (БССР)</w:t>
            </w:r>
          </w:p>
        </w:tc>
        <w:tc>
          <w:tcPr>
            <w:tcW w:w="2311" w:type="dxa"/>
          </w:tcPr>
          <w:p w14:paraId="49852A44" w14:textId="77777777" w:rsidR="00886147" w:rsidRDefault="00886147"/>
        </w:tc>
        <w:tc>
          <w:tcPr>
            <w:tcW w:w="1669" w:type="dxa"/>
          </w:tcPr>
          <w:p w14:paraId="14B34F05" w14:textId="77777777" w:rsidR="00886147" w:rsidRDefault="00886147"/>
        </w:tc>
        <w:tc>
          <w:tcPr>
            <w:tcW w:w="2703" w:type="dxa"/>
          </w:tcPr>
          <w:p w14:paraId="3DEB1DE7" w14:textId="77777777" w:rsidR="00886147" w:rsidRDefault="00000000">
            <w:r>
              <w:rPr>
                <w:rFonts w:ascii="Arial" w:hAnsi="Arial"/>
                <w:sz w:val="19"/>
              </w:rPr>
              <w:t>Голубцева Евдокия</w:t>
            </w:r>
          </w:p>
        </w:tc>
        <w:tc>
          <w:tcPr>
            <w:tcW w:w="2244" w:type="dxa"/>
          </w:tcPr>
          <w:p w14:paraId="7FE6EB66" w14:textId="77777777" w:rsidR="00886147" w:rsidRPr="00BB23E9" w:rsidRDefault="00000000">
            <w:pPr>
              <w:rPr>
                <w:lang w:val="ru-RU"/>
              </w:rPr>
            </w:pPr>
            <w:r w:rsidRPr="00BB23E9">
              <w:rPr>
                <w:rFonts w:ascii="Arial" w:hAnsi="Arial"/>
                <w:sz w:val="19"/>
                <w:lang w:val="ru-RU"/>
              </w:rPr>
              <w:t>Могилевская область, с. Королевка (БССР)</w:t>
            </w:r>
          </w:p>
        </w:tc>
      </w:tr>
      <w:tr w:rsidR="00BB23E9" w:rsidRPr="0084270C" w14:paraId="3C7DE294" w14:textId="77777777" w:rsidTr="00BB23E9">
        <w:trPr>
          <w:trHeight w:val="646"/>
        </w:trPr>
        <w:tc>
          <w:tcPr>
            <w:tcW w:w="675" w:type="dxa"/>
          </w:tcPr>
          <w:p w14:paraId="5C441BE9" w14:textId="7FA3B73F" w:rsidR="00BB23E9" w:rsidRDefault="00BB23E9" w:rsidP="00AD4FEB">
            <w:r>
              <w:t>118</w:t>
            </w:r>
          </w:p>
        </w:tc>
        <w:tc>
          <w:tcPr>
            <w:tcW w:w="1669" w:type="dxa"/>
          </w:tcPr>
          <w:p w14:paraId="3BEF9668" w14:textId="77777777" w:rsidR="00BB23E9" w:rsidRDefault="00BB23E9" w:rsidP="00AD4FEB">
            <w:proofErr w:type="spellStart"/>
            <w:r>
              <w:rPr>
                <w:rFonts w:ascii="Arial" w:hAnsi="Arial"/>
                <w:sz w:val="19"/>
              </w:rPr>
              <w:t>Брычев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sz w:val="19"/>
              </w:rPr>
              <w:t>Петр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sz w:val="19"/>
              </w:rPr>
              <w:t>Дмитриевич</w:t>
            </w:r>
            <w:proofErr w:type="spellEnd"/>
          </w:p>
        </w:tc>
        <w:tc>
          <w:tcPr>
            <w:tcW w:w="1196" w:type="dxa"/>
          </w:tcPr>
          <w:p w14:paraId="7169E8AC" w14:textId="77777777" w:rsidR="00BB23E9" w:rsidRDefault="00BB23E9" w:rsidP="00AD4FEB">
            <w:r>
              <w:rPr>
                <w:rFonts w:ascii="Arial" w:hAnsi="Arial"/>
                <w:sz w:val="19"/>
              </w:rPr>
              <w:t>30.10.1923</w:t>
            </w:r>
          </w:p>
        </w:tc>
        <w:tc>
          <w:tcPr>
            <w:tcW w:w="2244" w:type="dxa"/>
          </w:tcPr>
          <w:p w14:paraId="071006F9" w14:textId="77777777" w:rsidR="00BB23E9" w:rsidRPr="0084270C" w:rsidRDefault="00BB23E9" w:rsidP="00AD4FEB">
            <w:pPr>
              <w:rPr>
                <w:lang w:val="ru-RU"/>
              </w:rPr>
            </w:pPr>
            <w:r w:rsidRPr="0084270C">
              <w:rPr>
                <w:rFonts w:ascii="Arial" w:hAnsi="Arial"/>
                <w:sz w:val="19"/>
                <w:lang w:val="ru-RU"/>
              </w:rPr>
              <w:t>Беларусь, Климовичский р-н, д. Свирель</w:t>
            </w:r>
          </w:p>
        </w:tc>
        <w:tc>
          <w:tcPr>
            <w:tcW w:w="2311" w:type="dxa"/>
          </w:tcPr>
          <w:p w14:paraId="0CE834EF" w14:textId="77777777" w:rsidR="00BB23E9" w:rsidRDefault="00BB23E9" w:rsidP="00AD4FEB">
            <w:proofErr w:type="spellStart"/>
            <w:r>
              <w:rPr>
                <w:rFonts w:ascii="Arial" w:hAnsi="Arial"/>
                <w:sz w:val="19"/>
              </w:rPr>
              <w:t>красноармеец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1669" w:type="dxa"/>
          </w:tcPr>
          <w:p w14:paraId="43436A53" w14:textId="77777777" w:rsidR="00BB23E9" w:rsidRDefault="00BB23E9" w:rsidP="00AD4FEB">
            <w:proofErr w:type="spellStart"/>
            <w:r>
              <w:rPr>
                <w:rFonts w:ascii="Arial" w:hAnsi="Arial"/>
                <w:sz w:val="19"/>
              </w:rPr>
              <w:t>Климовичский</w:t>
            </w:r>
            <w:proofErr w:type="spellEnd"/>
            <w:r>
              <w:rPr>
                <w:rFonts w:ascii="Arial" w:hAnsi="Arial"/>
                <w:sz w:val="19"/>
              </w:rPr>
              <w:t xml:space="preserve"> РВК, </w:t>
            </w:r>
            <w:proofErr w:type="spellStart"/>
            <w:r>
              <w:rPr>
                <w:rFonts w:ascii="Arial" w:hAnsi="Arial"/>
                <w:sz w:val="19"/>
              </w:rPr>
              <w:t>Беларусь</w:t>
            </w:r>
            <w:proofErr w:type="spellEnd"/>
          </w:p>
        </w:tc>
        <w:tc>
          <w:tcPr>
            <w:tcW w:w="2703" w:type="dxa"/>
          </w:tcPr>
          <w:p w14:paraId="0C52C028" w14:textId="77777777" w:rsidR="00BB23E9" w:rsidRDefault="00BB23E9" w:rsidP="00AD4FEB">
            <w:proofErr w:type="spellStart"/>
            <w:r>
              <w:rPr>
                <w:rFonts w:ascii="Arial" w:hAnsi="Arial"/>
                <w:sz w:val="19"/>
              </w:rPr>
              <w:t>Брылева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sz w:val="19"/>
              </w:rPr>
              <w:t>Фекла</w:t>
            </w:r>
            <w:proofErr w:type="spellEnd"/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244" w:type="dxa"/>
          </w:tcPr>
          <w:p w14:paraId="5DA27561" w14:textId="77777777" w:rsidR="00BB23E9" w:rsidRPr="0084270C" w:rsidRDefault="00BB23E9" w:rsidP="00AD4FEB">
            <w:pPr>
              <w:rPr>
                <w:lang w:val="ru-RU"/>
              </w:rPr>
            </w:pPr>
            <w:r w:rsidRPr="0084270C">
              <w:rPr>
                <w:rFonts w:ascii="Arial" w:hAnsi="Arial"/>
                <w:sz w:val="19"/>
                <w:lang w:val="ru-RU"/>
              </w:rPr>
              <w:t>Беларусь, Климовичский р-н, д. Свирель</w:t>
            </w:r>
          </w:p>
        </w:tc>
      </w:tr>
    </w:tbl>
    <w:p w14:paraId="641D7C6E" w14:textId="77777777" w:rsidR="001D07C9" w:rsidRPr="00BB23E9" w:rsidRDefault="001D07C9">
      <w:pPr>
        <w:rPr>
          <w:lang w:val="ru-RU"/>
        </w:rPr>
      </w:pPr>
    </w:p>
    <w:sectPr w:rsidR="001D07C9" w:rsidRPr="00BB23E9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7074639">
    <w:abstractNumId w:val="8"/>
  </w:num>
  <w:num w:numId="2" w16cid:durableId="2126582070">
    <w:abstractNumId w:val="6"/>
  </w:num>
  <w:num w:numId="3" w16cid:durableId="193811518">
    <w:abstractNumId w:val="5"/>
  </w:num>
  <w:num w:numId="4" w16cid:durableId="503477773">
    <w:abstractNumId w:val="4"/>
  </w:num>
  <w:num w:numId="5" w16cid:durableId="1276136289">
    <w:abstractNumId w:val="7"/>
  </w:num>
  <w:num w:numId="6" w16cid:durableId="187378245">
    <w:abstractNumId w:val="3"/>
  </w:num>
  <w:num w:numId="7" w16cid:durableId="257908498">
    <w:abstractNumId w:val="2"/>
  </w:num>
  <w:num w:numId="8" w16cid:durableId="38167150">
    <w:abstractNumId w:val="1"/>
  </w:num>
  <w:num w:numId="9" w16cid:durableId="1092051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7446"/>
    <w:rsid w:val="0006063C"/>
    <w:rsid w:val="0015074B"/>
    <w:rsid w:val="001D07C9"/>
    <w:rsid w:val="0029639D"/>
    <w:rsid w:val="00326F90"/>
    <w:rsid w:val="00886147"/>
    <w:rsid w:val="0090216E"/>
    <w:rsid w:val="00AA1D8D"/>
    <w:rsid w:val="00B47730"/>
    <w:rsid w:val="00BB23E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15F47A"/>
  <w14:defaultImageDpi w14:val="300"/>
  <w15:docId w15:val="{C7448672-A280-44C3-A193-E6A820FE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2855</Words>
  <Characters>16276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19093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2026-07-24T09:59:00Z</dcterms:modified>
  <cp:category/>
</cp:coreProperties>
</file>